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22CD3E8" w14:textId="56511626" w:rsidR="00084B2C" w:rsidRDefault="7761DA82">
      <w:pPr>
        <w:rPr>
          <w:b/>
          <w:bCs/>
          <w:sz w:val="36"/>
          <w:szCs w:val="36"/>
        </w:rPr>
      </w:pPr>
      <w:r w:rsidRPr="7761DA82">
        <w:rPr>
          <w:b/>
          <w:bCs/>
          <w:sz w:val="36"/>
          <w:szCs w:val="36"/>
        </w:rPr>
        <w:t>Kontrollplan för komplementbyggnad</w:t>
      </w:r>
      <w:r w:rsidR="005A6E4D">
        <w:br/>
      </w:r>
      <w:r w:rsidRPr="7761DA82">
        <w:rPr>
          <w:b/>
          <w:bCs/>
          <w:sz w:val="36"/>
          <w:szCs w:val="36"/>
        </w:rPr>
        <w:t>Enligt PBL och Boverkets nya byggregler</w:t>
      </w:r>
    </w:p>
    <w:p w14:paraId="68CEEA92" w14:textId="77777777" w:rsidR="0084531D" w:rsidRDefault="0084531D"/>
    <w:p w14:paraId="0BCC0219" w14:textId="7E37B037" w:rsidR="0084531D" w:rsidRDefault="005A6E4D">
      <w:r>
        <w:t>Fastighet: ________________________</w:t>
      </w:r>
      <w:r w:rsidR="0084531D">
        <w:t>___</w:t>
      </w:r>
    </w:p>
    <w:p w14:paraId="400B377C" w14:textId="55E4CDA7" w:rsidR="0084531D" w:rsidRDefault="005A6E4D">
      <w:r>
        <w:t>Diarienummer: _____________________</w:t>
      </w:r>
    </w:p>
    <w:p w14:paraId="36C1D8E2" w14:textId="12663FED" w:rsidR="0084531D" w:rsidRDefault="005A6E4D">
      <w:r>
        <w:t>Byggherre: ________________________</w:t>
      </w:r>
      <w:r w:rsidR="0084531D">
        <w:t>__</w:t>
      </w:r>
    </w:p>
    <w:p w14:paraId="3D32FEB6" w14:textId="13BAE9A8" w:rsidR="0084531D" w:rsidRDefault="0084531D">
      <w:r>
        <w:t>Entreprenörer: ______________________</w:t>
      </w:r>
    </w:p>
    <w:p w14:paraId="672A6659" w14:textId="77777777" w:rsidR="00084B2C" w:rsidRDefault="005A6E4D">
      <w:r>
        <w:br w:type="page"/>
      </w:r>
    </w:p>
    <w:p w14:paraId="4CC4324E" w14:textId="2472EA63" w:rsidR="00084B2C" w:rsidRDefault="005A6E4D">
      <w:pPr>
        <w:pStyle w:val="Rubrik1"/>
      </w:pPr>
      <w:r>
        <w:lastRenderedPageBreak/>
        <w:t xml:space="preserve">Kontrollpunkt 1: Placering </w:t>
      </w:r>
    </w:p>
    <w:p w14:paraId="4E47F6DB" w14:textId="77777777" w:rsidR="00084B2C" w:rsidRPr="00C00CFE" w:rsidRDefault="005A6E4D">
      <w:pPr>
        <w:rPr>
          <w:b/>
          <w:bCs/>
        </w:rPr>
      </w:pPr>
      <w:r w:rsidRPr="00C00CFE">
        <w:rPr>
          <w:b/>
          <w:bCs/>
        </w:rPr>
        <w:t>Syfte:</w:t>
      </w:r>
    </w:p>
    <w:p w14:paraId="6B529F06" w14:textId="77777777" w:rsidR="00084B2C" w:rsidRDefault="005A6E4D">
      <w:r>
        <w:t>Säkerställ att byggnaden placeras enligt bygglov och situationsplan. Kontroll genom inmätning mot tomtgränser och situationsplan. Dokumentera mått och eventuella avvikelser.</w:t>
      </w:r>
    </w:p>
    <w:p w14:paraId="2E0585DC" w14:textId="77777777" w:rsidR="00346764" w:rsidRPr="00C00CFE" w:rsidRDefault="00346764">
      <w:pPr>
        <w:rPr>
          <w:b/>
          <w:bCs/>
        </w:rPr>
      </w:pPr>
      <w:r w:rsidRPr="00C00CFE">
        <w:rPr>
          <w:b/>
          <w:bCs/>
        </w:rPr>
        <w:t xml:space="preserve">Kontroll mot: </w:t>
      </w:r>
    </w:p>
    <w:p w14:paraId="6FB8DE1C" w14:textId="15DF2E72" w:rsidR="00346764" w:rsidRDefault="00346764">
      <w:r w:rsidRPr="00346764">
        <w:t>Bygglov, startbesked, 8 kap. PBL samt BFS 2024:13 (Boverkets föreskrifter om krav på tomter m.m.) </w:t>
      </w:r>
    </w:p>
    <w:p w14:paraId="5F8FEC00" w14:textId="77777777" w:rsidR="00084B2C" w:rsidRPr="00C00CFE" w:rsidRDefault="005A6E4D">
      <w:pPr>
        <w:rPr>
          <w:b/>
          <w:bCs/>
        </w:rPr>
      </w:pPr>
      <w:r w:rsidRPr="00C00CFE">
        <w:rPr>
          <w:b/>
          <w:bCs/>
        </w:rPr>
        <w:t>Hur kontrollen utförs:</w:t>
      </w:r>
    </w:p>
    <w:p w14:paraId="2DA2D8B8" w14:textId="7E0E1E0E" w:rsidR="005A4217" w:rsidRDefault="005A6E4D">
      <w:r>
        <w:t xml:space="preserve">Säkerställ att byggnaden placeras enligt bygglov och situationsplan. Kontroll genom inmätning mot tomtgränser och situationsplan. Dokumentera mått och eventuella avvikelser. </w:t>
      </w:r>
      <w:r w:rsidR="00C00CFE">
        <w:t>Kontrollera att fastig</w:t>
      </w:r>
      <w:r w:rsidR="00467334">
        <w:t xml:space="preserve">ighetsgränsernas kvalitet är tillräklickt säkra. </w:t>
      </w:r>
      <w:r>
        <w:t>Kontrollen ska dokumenteras genom mätning, visuell granskning, fotografier, intyg eller annan verifiering beroende på kontrollpunktens karaktär.</w:t>
      </w:r>
    </w:p>
    <w:p w14:paraId="189BEEF6" w14:textId="77777777" w:rsidR="00084B2C" w:rsidRPr="00C00CFE" w:rsidRDefault="005A6E4D">
      <w:pPr>
        <w:rPr>
          <w:b/>
          <w:bCs/>
        </w:rPr>
      </w:pPr>
      <w:r w:rsidRPr="00C00CFE">
        <w:rPr>
          <w:b/>
          <w:bCs/>
        </w:rPr>
        <w:t>Dokumentation som bör sparas:</w:t>
      </w:r>
    </w:p>
    <w:p w14:paraId="67656D9E" w14:textId="28EA2F5B" w:rsidR="00084B2C" w:rsidRDefault="005A6E4D">
      <w:r>
        <w:t>• Fotografier</w:t>
      </w:r>
      <w:r>
        <w:br/>
        <w:t>• Ritningar</w:t>
      </w:r>
      <w:r>
        <w:br/>
        <w:t>• Intyg och kontrollrapporter</w:t>
      </w:r>
      <w:r>
        <w:br/>
        <w:t xml:space="preserve">• </w:t>
      </w:r>
      <w:r w:rsidR="00467334">
        <w:t>Inmätningsprotokoll</w:t>
      </w:r>
      <w:r>
        <w:br/>
        <w:t>• Anteckningar från kontrollen</w:t>
      </w:r>
    </w:p>
    <w:p w14:paraId="51FB78B6" w14:textId="77777777" w:rsidR="00084B2C" w:rsidRDefault="005A6E4D">
      <w:r>
        <w:t>Datum: ____________________</w:t>
      </w:r>
    </w:p>
    <w:p w14:paraId="469CBF6F" w14:textId="77777777" w:rsidR="00084B2C" w:rsidRDefault="005A6E4D">
      <w:r>
        <w:t>Signatur: __________________</w:t>
      </w:r>
    </w:p>
    <w:p w14:paraId="0A37501D" w14:textId="77777777" w:rsidR="00084B2C" w:rsidRDefault="005A6E4D">
      <w:r>
        <w:br w:type="page"/>
      </w:r>
    </w:p>
    <w:p w14:paraId="2FF35D68" w14:textId="77777777" w:rsidR="00084B2C" w:rsidRDefault="005A6E4D">
      <w:pPr>
        <w:pStyle w:val="Rubrik1"/>
      </w:pPr>
      <w:r>
        <w:lastRenderedPageBreak/>
        <w:t>Kontrollpunkt 2: Mått och utformning</w:t>
      </w:r>
    </w:p>
    <w:p w14:paraId="7D87D70B" w14:textId="77777777" w:rsidR="00084B2C" w:rsidRPr="00BD1ED6" w:rsidRDefault="005A6E4D">
      <w:pPr>
        <w:rPr>
          <w:b/>
          <w:bCs/>
        </w:rPr>
      </w:pPr>
      <w:r w:rsidRPr="00BD1ED6">
        <w:rPr>
          <w:b/>
          <w:bCs/>
        </w:rPr>
        <w:t>Syfte:</w:t>
      </w:r>
    </w:p>
    <w:p w14:paraId="118F7892" w14:textId="77777777" w:rsidR="00084B2C" w:rsidRDefault="005A6E4D">
      <w:r>
        <w:t>Kontrollera byggnadens längd, bredd, byggnadshöjd, taklutning och utvändiga utformning mot beviljade ritningar. Mät och fotografera.</w:t>
      </w:r>
    </w:p>
    <w:p w14:paraId="59247CF0" w14:textId="77777777" w:rsidR="00650B3F" w:rsidRPr="00BD1ED6" w:rsidRDefault="00650B3F">
      <w:pPr>
        <w:rPr>
          <w:b/>
          <w:bCs/>
        </w:rPr>
      </w:pPr>
      <w:r w:rsidRPr="00BD1ED6">
        <w:rPr>
          <w:b/>
          <w:bCs/>
        </w:rPr>
        <w:t xml:space="preserve">Kontroll mot: </w:t>
      </w:r>
    </w:p>
    <w:p w14:paraId="1C7E60F6" w14:textId="42553023" w:rsidR="00650B3F" w:rsidRDefault="00650B3F">
      <w:r w:rsidRPr="00650B3F">
        <w:t>Bygglov, startbesked, beviljade ritningar samt 10 kap. 5 § PBL </w:t>
      </w:r>
    </w:p>
    <w:p w14:paraId="5417972A" w14:textId="77777777" w:rsidR="00084B2C" w:rsidRPr="00BD1ED6" w:rsidRDefault="005A6E4D">
      <w:pPr>
        <w:rPr>
          <w:b/>
          <w:bCs/>
        </w:rPr>
      </w:pPr>
      <w:r w:rsidRPr="00BD1ED6">
        <w:rPr>
          <w:b/>
          <w:bCs/>
        </w:rPr>
        <w:t>Hur kontrollen utförs:</w:t>
      </w:r>
    </w:p>
    <w:p w14:paraId="25E32E87" w14:textId="77777777" w:rsidR="00084B2C" w:rsidRDefault="005A6E4D">
      <w:r>
        <w:t>Kontrollera byggnadens längd, bredd, byggnadshöjd, taklutning och utvändiga utformning mot beviljade ritningar. Mät och fotografera. Kontrollen ska dokumenteras genom mätning, visuell granskning, fotografier, intyg eller annan verifiering beroende på kontrollpunktens karaktär.</w:t>
      </w:r>
    </w:p>
    <w:p w14:paraId="143F9DD5" w14:textId="77777777" w:rsidR="00084B2C" w:rsidRPr="00BD1ED6" w:rsidRDefault="005A6E4D">
      <w:pPr>
        <w:rPr>
          <w:b/>
          <w:bCs/>
        </w:rPr>
      </w:pPr>
      <w:r w:rsidRPr="00BD1ED6">
        <w:rPr>
          <w:b/>
          <w:bCs/>
        </w:rPr>
        <w:t>Dokumentation som bör sparas:</w:t>
      </w:r>
    </w:p>
    <w:p w14:paraId="2666C607" w14:textId="77777777" w:rsidR="00084B2C" w:rsidRDefault="005A6E4D">
      <w:r>
        <w:t>• Fotografier</w:t>
      </w:r>
      <w:r>
        <w:br/>
        <w:t>• Ritningar</w:t>
      </w:r>
      <w:r>
        <w:br/>
        <w:t>• Intyg och kontrollrapporter</w:t>
      </w:r>
      <w:r>
        <w:br/>
        <w:t>• Leverantörsdokumentation</w:t>
      </w:r>
      <w:r>
        <w:br/>
        <w:t>• Anteckningar från kontrollen</w:t>
      </w:r>
    </w:p>
    <w:p w14:paraId="09F5BA2F" w14:textId="77777777" w:rsidR="00084B2C" w:rsidRDefault="005A6E4D">
      <w:r>
        <w:t>Datum: ____________________</w:t>
      </w:r>
    </w:p>
    <w:p w14:paraId="086C7673" w14:textId="77777777" w:rsidR="00084B2C" w:rsidRDefault="005A6E4D">
      <w:r>
        <w:t>Signatur: __________________</w:t>
      </w:r>
    </w:p>
    <w:p w14:paraId="5DAB6C7B" w14:textId="77777777" w:rsidR="00084B2C" w:rsidRDefault="005A6E4D">
      <w:r>
        <w:br w:type="page"/>
      </w:r>
    </w:p>
    <w:p w14:paraId="261FEC8F" w14:textId="77777777" w:rsidR="00084B2C" w:rsidRDefault="005A6E4D">
      <w:pPr>
        <w:pStyle w:val="Rubrik1"/>
      </w:pPr>
      <w:r>
        <w:lastRenderedPageBreak/>
        <w:t>Kontrollpunkt 3: Dimensionering av bärande konstruktion</w:t>
      </w:r>
    </w:p>
    <w:p w14:paraId="370FEC3F" w14:textId="77777777" w:rsidR="00084B2C" w:rsidRPr="00BD1ED6" w:rsidRDefault="005A6E4D">
      <w:pPr>
        <w:rPr>
          <w:b/>
          <w:bCs/>
        </w:rPr>
      </w:pPr>
      <w:r w:rsidRPr="00BD1ED6">
        <w:rPr>
          <w:b/>
          <w:bCs/>
        </w:rPr>
        <w:t>Syfte:</w:t>
      </w:r>
    </w:p>
    <w:p w14:paraId="4C01E977" w14:textId="77777777" w:rsidR="00084B2C" w:rsidRDefault="005A6E4D">
      <w:r>
        <w:t>Verifiera att konstruktionsritningar, dimensioneringsunderlag eller leverantörshandlingar finns. Kontrollera att underlaget är anpassat till byggnadens storlek, spännvidder och snölaster.</w:t>
      </w:r>
    </w:p>
    <w:p w14:paraId="380486A9" w14:textId="77777777" w:rsidR="00650B3F" w:rsidRPr="00BD1ED6" w:rsidRDefault="00650B3F">
      <w:pPr>
        <w:rPr>
          <w:b/>
          <w:bCs/>
        </w:rPr>
      </w:pPr>
      <w:r w:rsidRPr="00BD1ED6">
        <w:rPr>
          <w:b/>
          <w:bCs/>
        </w:rPr>
        <w:t xml:space="preserve">Kontroll mot: </w:t>
      </w:r>
    </w:p>
    <w:p w14:paraId="2FA47D51" w14:textId="1BEEECF0" w:rsidR="00650B3F" w:rsidRDefault="00650B3F">
      <w:r w:rsidRPr="00650B3F">
        <w:t>BFS 2024:6 (Boverkets föreskrifter om bärförmåga, stadga och beständighet i byggnader m.m.) </w:t>
      </w:r>
    </w:p>
    <w:p w14:paraId="6876671E" w14:textId="77777777" w:rsidR="00084B2C" w:rsidRPr="00BD1ED6" w:rsidRDefault="005A6E4D">
      <w:pPr>
        <w:rPr>
          <w:b/>
          <w:bCs/>
        </w:rPr>
      </w:pPr>
      <w:r w:rsidRPr="00BD1ED6">
        <w:rPr>
          <w:b/>
          <w:bCs/>
        </w:rPr>
        <w:t>Hur kontrollen utförs:</w:t>
      </w:r>
    </w:p>
    <w:p w14:paraId="0DF2B275" w14:textId="77777777" w:rsidR="00084B2C" w:rsidRDefault="005A6E4D">
      <w:r>
        <w:t>Verifiera att konstruktionsritningar, dimensioneringsunderlag eller leverantörshandlingar finns. Kontrollera att underlaget är anpassat till byggnadens storlek, spännvidder och snölaster. Kontrollen ska dokumenteras genom mätning, visuell granskning, fotografier, intyg eller annan verifiering beroende på kontrollpunktens karaktär.</w:t>
      </w:r>
    </w:p>
    <w:p w14:paraId="20F303D7" w14:textId="77777777" w:rsidR="00084B2C" w:rsidRPr="00BD1ED6" w:rsidRDefault="005A6E4D">
      <w:pPr>
        <w:rPr>
          <w:b/>
          <w:bCs/>
        </w:rPr>
      </w:pPr>
      <w:r w:rsidRPr="00BD1ED6">
        <w:rPr>
          <w:b/>
          <w:bCs/>
        </w:rPr>
        <w:t>Dokumentation som bör sparas:</w:t>
      </w:r>
    </w:p>
    <w:p w14:paraId="04625569" w14:textId="1DA14317" w:rsidR="00084B2C" w:rsidRDefault="005A6E4D">
      <w:r>
        <w:t>• Fotografier</w:t>
      </w:r>
      <w:r>
        <w:br/>
        <w:t xml:space="preserve">• </w:t>
      </w:r>
      <w:r w:rsidR="00BD1ED6">
        <w:t>Konstruktionshandlingar</w:t>
      </w:r>
      <w:r>
        <w:t xml:space="preserve"> och </w:t>
      </w:r>
      <w:r w:rsidR="00BD1ED6">
        <w:t>dimensioneringskontroll</w:t>
      </w:r>
      <w:r>
        <w:br/>
        <w:t>• Leverantörsdokumentation</w:t>
      </w:r>
      <w:r>
        <w:br/>
        <w:t>• Anteckningar från kontrollen</w:t>
      </w:r>
    </w:p>
    <w:p w14:paraId="549B5055" w14:textId="77777777" w:rsidR="00084B2C" w:rsidRDefault="005A6E4D">
      <w:r>
        <w:t>Datum: ____________________</w:t>
      </w:r>
    </w:p>
    <w:p w14:paraId="7D6DB696" w14:textId="77777777" w:rsidR="00084B2C" w:rsidRDefault="005A6E4D">
      <w:r>
        <w:t>Signatur: __________________</w:t>
      </w:r>
    </w:p>
    <w:p w14:paraId="02EB378F" w14:textId="77777777" w:rsidR="00084B2C" w:rsidRDefault="005A6E4D">
      <w:r>
        <w:br w:type="page"/>
      </w:r>
    </w:p>
    <w:p w14:paraId="333F1AB9" w14:textId="77777777" w:rsidR="00084B2C" w:rsidRDefault="005A6E4D">
      <w:pPr>
        <w:pStyle w:val="Rubrik1"/>
      </w:pPr>
      <w:r>
        <w:lastRenderedPageBreak/>
        <w:t>Kontrollpunkt 4: Grundläggning</w:t>
      </w:r>
    </w:p>
    <w:p w14:paraId="6000948D" w14:textId="77777777" w:rsidR="00084B2C" w:rsidRPr="00BD1ED6" w:rsidRDefault="005A6E4D">
      <w:pPr>
        <w:rPr>
          <w:b/>
          <w:bCs/>
        </w:rPr>
      </w:pPr>
      <w:r w:rsidRPr="00BD1ED6">
        <w:rPr>
          <w:b/>
          <w:bCs/>
        </w:rPr>
        <w:t>Syfte:</w:t>
      </w:r>
    </w:p>
    <w:p w14:paraId="19CD6E71" w14:textId="77777777" w:rsidR="00084B2C" w:rsidRDefault="005A6E4D">
      <w:r>
        <w:t>Kontrollera schaktbotten, frostskydd, dränerande lager, armering och utförande mot konstruktionshandlingar. Dokumentera med fotografier före gjutning eller täckning.</w:t>
      </w:r>
    </w:p>
    <w:p w14:paraId="589E544D" w14:textId="77777777" w:rsidR="00C713D0" w:rsidRPr="00BD1ED6" w:rsidRDefault="00C713D0">
      <w:pPr>
        <w:rPr>
          <w:b/>
          <w:bCs/>
        </w:rPr>
      </w:pPr>
      <w:r w:rsidRPr="00BD1ED6">
        <w:rPr>
          <w:b/>
          <w:bCs/>
        </w:rPr>
        <w:t xml:space="preserve">Kontroll mot: </w:t>
      </w:r>
    </w:p>
    <w:p w14:paraId="1A09168E" w14:textId="41F46A49" w:rsidR="00C713D0" w:rsidRDefault="00C713D0">
      <w:r w:rsidRPr="00C713D0">
        <w:t>BFS 2024:6 (Boverkets föreskrifter om bärförmåga, stadga och beständighet i byggnader m.m.) </w:t>
      </w:r>
    </w:p>
    <w:p w14:paraId="7C16B64A" w14:textId="77777777" w:rsidR="00084B2C" w:rsidRPr="00BD1ED6" w:rsidRDefault="005A6E4D">
      <w:pPr>
        <w:rPr>
          <w:b/>
          <w:bCs/>
        </w:rPr>
      </w:pPr>
      <w:r w:rsidRPr="00BD1ED6">
        <w:rPr>
          <w:b/>
          <w:bCs/>
        </w:rPr>
        <w:t>Hur kontrollen utförs:</w:t>
      </w:r>
    </w:p>
    <w:p w14:paraId="7B77B8E2" w14:textId="77777777" w:rsidR="00084B2C" w:rsidRDefault="005A6E4D">
      <w:r>
        <w:t>Kontrollera schaktbotten, frostskydd, dränerande lager, armering och utförande mot konstruktionshandlingar. Dokumentera med fotografier före gjutning eller täckning. Kontrollen ska dokumenteras genom mätning, visuell granskning, fotografier, intyg eller annan verifiering beroende på kontrollpunktens karaktär.</w:t>
      </w:r>
    </w:p>
    <w:p w14:paraId="641ED4FC" w14:textId="77777777" w:rsidR="00084B2C" w:rsidRPr="00BC112D" w:rsidRDefault="005A6E4D">
      <w:pPr>
        <w:rPr>
          <w:b/>
          <w:bCs/>
        </w:rPr>
      </w:pPr>
      <w:r w:rsidRPr="00BC112D">
        <w:rPr>
          <w:b/>
          <w:bCs/>
        </w:rPr>
        <w:t>Dokumentation som bör sparas:</w:t>
      </w:r>
    </w:p>
    <w:p w14:paraId="0B17AAE8" w14:textId="77777777" w:rsidR="00084B2C" w:rsidRDefault="005A6E4D">
      <w:r>
        <w:t>• Fotografier</w:t>
      </w:r>
      <w:r>
        <w:br/>
        <w:t>• Ritningar</w:t>
      </w:r>
      <w:r>
        <w:br/>
        <w:t>• Intyg och kontrollrapporter</w:t>
      </w:r>
      <w:r>
        <w:br/>
        <w:t>• Leverantörsdokumentation</w:t>
      </w:r>
      <w:r>
        <w:br/>
        <w:t>• Anteckningar från kontrollen</w:t>
      </w:r>
    </w:p>
    <w:p w14:paraId="62F6C522" w14:textId="77777777" w:rsidR="00084B2C" w:rsidRDefault="005A6E4D">
      <w:r>
        <w:t>Datum: ____________________</w:t>
      </w:r>
    </w:p>
    <w:p w14:paraId="0EA2FCEA" w14:textId="77777777" w:rsidR="00084B2C" w:rsidRDefault="005A6E4D">
      <w:r>
        <w:t>Signatur: __________________</w:t>
      </w:r>
    </w:p>
    <w:p w14:paraId="6A05A809" w14:textId="77777777" w:rsidR="00084B2C" w:rsidRDefault="005A6E4D">
      <w:r>
        <w:br w:type="page"/>
      </w:r>
    </w:p>
    <w:p w14:paraId="1175F5D7" w14:textId="674EE28F" w:rsidR="00084B2C" w:rsidRDefault="005A6E4D">
      <w:pPr>
        <w:pStyle w:val="Rubrik1"/>
      </w:pPr>
      <w:r>
        <w:lastRenderedPageBreak/>
        <w:t>Kontrollpunkt 5: Bärande stomme</w:t>
      </w:r>
      <w:r w:rsidR="00BC112D">
        <w:t>/montage</w:t>
      </w:r>
    </w:p>
    <w:p w14:paraId="332FE0DA" w14:textId="77777777" w:rsidR="00084B2C" w:rsidRPr="00BC112D" w:rsidRDefault="005A6E4D">
      <w:pPr>
        <w:rPr>
          <w:b/>
          <w:bCs/>
        </w:rPr>
      </w:pPr>
      <w:r w:rsidRPr="00BC112D">
        <w:rPr>
          <w:b/>
          <w:bCs/>
        </w:rPr>
        <w:t>Syfte:</w:t>
      </w:r>
    </w:p>
    <w:p w14:paraId="4BE0638A" w14:textId="6B0AF182" w:rsidR="00084B2C" w:rsidRDefault="005A6E4D">
      <w:r>
        <w:t>Kontrollera dimensioner</w:t>
      </w:r>
      <w:r w:rsidR="00BC112D">
        <w:t xml:space="preserve"> och placering</w:t>
      </w:r>
      <w:r>
        <w:t xml:space="preserve"> på reglar, balkar, pelare, takstolar och infästningar mot konstruktionshandlingar.</w:t>
      </w:r>
    </w:p>
    <w:p w14:paraId="71B96C94" w14:textId="77777777" w:rsidR="00C713D0" w:rsidRPr="00BC112D" w:rsidRDefault="00C713D0">
      <w:pPr>
        <w:rPr>
          <w:b/>
          <w:bCs/>
        </w:rPr>
      </w:pPr>
      <w:r w:rsidRPr="00BC112D">
        <w:rPr>
          <w:b/>
          <w:bCs/>
        </w:rPr>
        <w:t xml:space="preserve">Kontroll mot: </w:t>
      </w:r>
    </w:p>
    <w:p w14:paraId="364A4585" w14:textId="2B22D105" w:rsidR="00C713D0" w:rsidRDefault="00C713D0">
      <w:r w:rsidRPr="00C713D0">
        <w:t>BFS 2024:6 (Boverkets föreskrifter om bärförmåga, stadga och beständighet i byggnader m.m.) </w:t>
      </w:r>
    </w:p>
    <w:p w14:paraId="4E48EC20" w14:textId="77777777" w:rsidR="00084B2C" w:rsidRPr="00BC112D" w:rsidRDefault="005A6E4D">
      <w:pPr>
        <w:rPr>
          <w:b/>
          <w:bCs/>
        </w:rPr>
      </w:pPr>
      <w:r w:rsidRPr="00BC112D">
        <w:rPr>
          <w:b/>
          <w:bCs/>
        </w:rPr>
        <w:t>Hur kontrollen utförs:</w:t>
      </w:r>
    </w:p>
    <w:p w14:paraId="16AC09FA" w14:textId="77777777" w:rsidR="00084B2C" w:rsidRDefault="005A6E4D">
      <w:r>
        <w:t>Kontrollera dimensioner på reglar, balkar, pelare, takstolar och infästningar mot konstruktionshandlingar. Kontrollen ska dokumenteras genom mätning, visuell granskning, fotografier, intyg eller annan verifiering beroende på kontrollpunktens karaktär.</w:t>
      </w:r>
    </w:p>
    <w:p w14:paraId="68D8A2F1" w14:textId="77777777" w:rsidR="00084B2C" w:rsidRPr="00BC112D" w:rsidRDefault="005A6E4D">
      <w:pPr>
        <w:rPr>
          <w:b/>
          <w:bCs/>
        </w:rPr>
      </w:pPr>
      <w:r w:rsidRPr="00BC112D">
        <w:rPr>
          <w:b/>
          <w:bCs/>
        </w:rPr>
        <w:t>Dokumentation som bör sparas:</w:t>
      </w:r>
    </w:p>
    <w:p w14:paraId="0CC6E63C" w14:textId="77777777" w:rsidR="00084B2C" w:rsidRDefault="005A6E4D">
      <w:r>
        <w:t>• Fotografier</w:t>
      </w:r>
      <w:r>
        <w:br/>
        <w:t>• Ritningar</w:t>
      </w:r>
      <w:r>
        <w:br/>
        <w:t>• Intyg och kontrollrapporter</w:t>
      </w:r>
      <w:r>
        <w:br/>
        <w:t>• Leverantörsdokumentation</w:t>
      </w:r>
      <w:r>
        <w:br/>
        <w:t>• Anteckningar från kontrollen</w:t>
      </w:r>
    </w:p>
    <w:p w14:paraId="46F0B90F" w14:textId="77777777" w:rsidR="00084B2C" w:rsidRDefault="005A6E4D">
      <w:r>
        <w:t>Datum: ____________________</w:t>
      </w:r>
    </w:p>
    <w:p w14:paraId="3820F1ED" w14:textId="77777777" w:rsidR="00084B2C" w:rsidRDefault="005A6E4D">
      <w:r>
        <w:t>Signatur: __________________</w:t>
      </w:r>
    </w:p>
    <w:p w14:paraId="5A39BBE3" w14:textId="77777777" w:rsidR="00084B2C" w:rsidRDefault="005A6E4D">
      <w:r>
        <w:br w:type="page"/>
      </w:r>
    </w:p>
    <w:p w14:paraId="10F32916" w14:textId="77777777" w:rsidR="00084B2C" w:rsidRDefault="005A6E4D">
      <w:pPr>
        <w:pStyle w:val="Rubrik1"/>
      </w:pPr>
      <w:r>
        <w:lastRenderedPageBreak/>
        <w:t>Kontrollpunkt 6: Fuktskydd</w:t>
      </w:r>
    </w:p>
    <w:p w14:paraId="7D285D14" w14:textId="77777777" w:rsidR="00084B2C" w:rsidRPr="00BC112D" w:rsidRDefault="005A6E4D">
      <w:pPr>
        <w:rPr>
          <w:b/>
          <w:bCs/>
        </w:rPr>
      </w:pPr>
      <w:r w:rsidRPr="00BC112D">
        <w:rPr>
          <w:b/>
          <w:bCs/>
        </w:rPr>
        <w:t>Syfte:</w:t>
      </w:r>
    </w:p>
    <w:p w14:paraId="07A06430" w14:textId="77777777" w:rsidR="00084B2C" w:rsidRDefault="005A6E4D">
      <w:r>
        <w:t>Kontrollera att material skyddas mot nederbörd, att syllisolering och fuktskydd finns samt att konstruktionen kan torka ut.</w:t>
      </w:r>
    </w:p>
    <w:p w14:paraId="31D322B4" w14:textId="77777777" w:rsidR="00C713D0" w:rsidRPr="00BC112D" w:rsidRDefault="00C713D0">
      <w:pPr>
        <w:rPr>
          <w:b/>
          <w:bCs/>
        </w:rPr>
      </w:pPr>
      <w:r w:rsidRPr="00BC112D">
        <w:rPr>
          <w:b/>
          <w:bCs/>
        </w:rPr>
        <w:t xml:space="preserve">Kontroll mot: </w:t>
      </w:r>
    </w:p>
    <w:p w14:paraId="70895CFA" w14:textId="4604663E" w:rsidR="00C713D0" w:rsidRDefault="00C713D0">
      <w:r w:rsidRPr="00C713D0">
        <w:t>BFS 2024:8 (Boverkets föreskrifter om skydd med hänsyn till hygien, hälsa och miljö samt hushållning med vatten och avfall) </w:t>
      </w:r>
    </w:p>
    <w:p w14:paraId="447EDE2B" w14:textId="77777777" w:rsidR="00084B2C" w:rsidRPr="00BC112D" w:rsidRDefault="005A6E4D">
      <w:pPr>
        <w:rPr>
          <w:b/>
          <w:bCs/>
        </w:rPr>
      </w:pPr>
      <w:r w:rsidRPr="00BC112D">
        <w:rPr>
          <w:b/>
          <w:bCs/>
        </w:rPr>
        <w:t>Hur kontrollen utförs:</w:t>
      </w:r>
    </w:p>
    <w:p w14:paraId="1E1E2286" w14:textId="77777777" w:rsidR="00084B2C" w:rsidRDefault="005A6E4D">
      <w:r>
        <w:t>Kontrollera att material skyddas mot nederbörd, att syllisolering och fuktskydd finns samt att konstruktionen kan torka ut. Kontrollen ska dokumenteras genom mätning, visuell granskning, fotografier, intyg eller annan verifiering beroende på kontrollpunktens karaktär.</w:t>
      </w:r>
    </w:p>
    <w:p w14:paraId="1EAC6CD1" w14:textId="77777777" w:rsidR="00084B2C" w:rsidRPr="00BC112D" w:rsidRDefault="005A6E4D">
      <w:pPr>
        <w:rPr>
          <w:b/>
          <w:bCs/>
        </w:rPr>
      </w:pPr>
      <w:r w:rsidRPr="00BC112D">
        <w:rPr>
          <w:b/>
          <w:bCs/>
        </w:rPr>
        <w:t>Dokumentation som bör sparas:</w:t>
      </w:r>
    </w:p>
    <w:p w14:paraId="154CCF1D" w14:textId="77777777" w:rsidR="00084B2C" w:rsidRDefault="005A6E4D">
      <w:r>
        <w:t>• Fotografier</w:t>
      </w:r>
      <w:r>
        <w:br/>
        <w:t>• Ritningar</w:t>
      </w:r>
      <w:r>
        <w:br/>
        <w:t>• Intyg och kontrollrapporter</w:t>
      </w:r>
      <w:r>
        <w:br/>
        <w:t>• Leverantörsdokumentation</w:t>
      </w:r>
      <w:r>
        <w:br/>
        <w:t>• Anteckningar från kontrollen</w:t>
      </w:r>
    </w:p>
    <w:p w14:paraId="133C21DC" w14:textId="77777777" w:rsidR="00084B2C" w:rsidRDefault="005A6E4D">
      <w:r>
        <w:t>Datum: ____________________</w:t>
      </w:r>
    </w:p>
    <w:p w14:paraId="59D23C77" w14:textId="77777777" w:rsidR="00084B2C" w:rsidRDefault="005A6E4D">
      <w:r>
        <w:t>Signatur: __________________</w:t>
      </w:r>
    </w:p>
    <w:p w14:paraId="41C8F396" w14:textId="77777777" w:rsidR="00084B2C" w:rsidRDefault="005A6E4D">
      <w:r>
        <w:br w:type="page"/>
      </w:r>
    </w:p>
    <w:p w14:paraId="6B6AEA69" w14:textId="77777777" w:rsidR="00084B2C" w:rsidRDefault="005A6E4D">
      <w:pPr>
        <w:pStyle w:val="Rubrik1"/>
      </w:pPr>
      <w:r>
        <w:lastRenderedPageBreak/>
        <w:t>Kontrollpunkt 7: Tak och avvattning</w:t>
      </w:r>
    </w:p>
    <w:p w14:paraId="4202B7EB" w14:textId="77777777" w:rsidR="00084B2C" w:rsidRPr="00BC112D" w:rsidRDefault="005A6E4D">
      <w:pPr>
        <w:rPr>
          <w:b/>
          <w:bCs/>
        </w:rPr>
      </w:pPr>
      <w:r w:rsidRPr="00BC112D">
        <w:rPr>
          <w:b/>
          <w:bCs/>
        </w:rPr>
        <w:t>Syfte:</w:t>
      </w:r>
    </w:p>
    <w:p w14:paraId="0A6CC85F" w14:textId="77777777" w:rsidR="00084B2C" w:rsidRDefault="005A6E4D">
      <w:r>
        <w:t>Kontrollera taktäckning, genomföringar, hängrännor, stuprör och att vatten leds bort från byggnaden.</w:t>
      </w:r>
    </w:p>
    <w:p w14:paraId="131AFA6C" w14:textId="77777777" w:rsidR="00492AE1" w:rsidRPr="00BC112D" w:rsidRDefault="00492AE1">
      <w:pPr>
        <w:rPr>
          <w:b/>
          <w:bCs/>
        </w:rPr>
      </w:pPr>
      <w:r w:rsidRPr="00BC112D">
        <w:rPr>
          <w:b/>
          <w:bCs/>
        </w:rPr>
        <w:t xml:space="preserve">Kontroll mot: </w:t>
      </w:r>
    </w:p>
    <w:p w14:paraId="5A0FCEED" w14:textId="13D2A545" w:rsidR="00492AE1" w:rsidRDefault="00492AE1">
      <w:r w:rsidRPr="00492AE1">
        <w:t>BFS 2024:8 samt BFS 2024:13 </w:t>
      </w:r>
    </w:p>
    <w:p w14:paraId="1D646D62" w14:textId="77777777" w:rsidR="00084B2C" w:rsidRPr="00BC112D" w:rsidRDefault="005A6E4D">
      <w:pPr>
        <w:rPr>
          <w:b/>
          <w:bCs/>
        </w:rPr>
      </w:pPr>
      <w:r w:rsidRPr="00BC112D">
        <w:rPr>
          <w:b/>
          <w:bCs/>
        </w:rPr>
        <w:t>Hur kontrollen utförs:</w:t>
      </w:r>
    </w:p>
    <w:p w14:paraId="3FADE026" w14:textId="77777777" w:rsidR="00084B2C" w:rsidRDefault="005A6E4D">
      <w:r>
        <w:t>Kontrollera taktäckning, genomföringar, hängrännor, stuprör och att vatten leds bort från byggnaden. Kontrollen ska dokumenteras genom mätning, visuell granskning, fotografier, intyg eller annan verifiering beroende på kontrollpunktens karaktär.</w:t>
      </w:r>
    </w:p>
    <w:p w14:paraId="5C2F4E04" w14:textId="77777777" w:rsidR="00084B2C" w:rsidRPr="00BC112D" w:rsidRDefault="005A6E4D">
      <w:pPr>
        <w:rPr>
          <w:b/>
          <w:bCs/>
        </w:rPr>
      </w:pPr>
      <w:r w:rsidRPr="00BC112D">
        <w:rPr>
          <w:b/>
          <w:bCs/>
        </w:rPr>
        <w:t>Dokumentation som bör sparas:</w:t>
      </w:r>
    </w:p>
    <w:p w14:paraId="018A2E87" w14:textId="77777777" w:rsidR="00084B2C" w:rsidRDefault="005A6E4D">
      <w:r>
        <w:t>• Fotografier</w:t>
      </w:r>
      <w:r>
        <w:br/>
        <w:t>• Ritningar</w:t>
      </w:r>
      <w:r>
        <w:br/>
        <w:t>• Intyg och kontrollrapporter</w:t>
      </w:r>
      <w:r>
        <w:br/>
        <w:t>• Leverantörsdokumentation</w:t>
      </w:r>
      <w:r>
        <w:br/>
        <w:t>• Anteckningar från kontrollen</w:t>
      </w:r>
    </w:p>
    <w:p w14:paraId="73FDF5C8" w14:textId="77777777" w:rsidR="00084B2C" w:rsidRDefault="005A6E4D">
      <w:r>
        <w:t>Datum: ____________________</w:t>
      </w:r>
    </w:p>
    <w:p w14:paraId="653EC976" w14:textId="77777777" w:rsidR="00084B2C" w:rsidRDefault="005A6E4D">
      <w:r>
        <w:t>Signatur: __________________</w:t>
      </w:r>
    </w:p>
    <w:p w14:paraId="0D0B940D" w14:textId="2DAFE2CD" w:rsidR="00084B2C" w:rsidRDefault="005A6E4D">
      <w:r>
        <w:br w:type="page"/>
      </w:r>
    </w:p>
    <w:p w14:paraId="397AB588" w14:textId="77777777" w:rsidR="00084B2C" w:rsidRDefault="005A6E4D">
      <w:pPr>
        <w:pStyle w:val="Rubrik1"/>
      </w:pPr>
      <w:r>
        <w:lastRenderedPageBreak/>
        <w:t>Kontrollpunkt 9: Ventilation</w:t>
      </w:r>
    </w:p>
    <w:p w14:paraId="4F1E1044" w14:textId="77777777" w:rsidR="00084B2C" w:rsidRPr="00BC112D" w:rsidRDefault="005A6E4D">
      <w:pPr>
        <w:rPr>
          <w:b/>
          <w:bCs/>
        </w:rPr>
      </w:pPr>
      <w:r w:rsidRPr="00BC112D">
        <w:rPr>
          <w:b/>
          <w:bCs/>
        </w:rPr>
        <w:t>Syfte:</w:t>
      </w:r>
    </w:p>
    <w:p w14:paraId="230D5AB0" w14:textId="77777777" w:rsidR="00084B2C" w:rsidRDefault="005A6E4D">
      <w:r>
        <w:t>Om ventilation ingår: kontrollera tillufts- och frånluftsöppningar, luftvägar och funktion genom provning.</w:t>
      </w:r>
    </w:p>
    <w:p w14:paraId="68AE9678" w14:textId="77777777" w:rsidR="00834F57" w:rsidRPr="00BC112D" w:rsidRDefault="00834F57">
      <w:pPr>
        <w:rPr>
          <w:b/>
          <w:bCs/>
        </w:rPr>
      </w:pPr>
      <w:r w:rsidRPr="00BC112D">
        <w:rPr>
          <w:b/>
          <w:bCs/>
        </w:rPr>
        <w:t xml:space="preserve">Kontroll mot: </w:t>
      </w:r>
    </w:p>
    <w:p w14:paraId="793BAC09" w14:textId="067F9CCA" w:rsidR="00834F57" w:rsidRDefault="00834F57">
      <w:r w:rsidRPr="00834F57">
        <w:t>BFS 2024:8 (Boverkets föreskrifter om skydd med hänsyn till hygien, hälsa och miljö samt hushållning med vatten och avfall) </w:t>
      </w:r>
    </w:p>
    <w:p w14:paraId="61886660" w14:textId="77777777" w:rsidR="00084B2C" w:rsidRPr="00BC112D" w:rsidRDefault="005A6E4D">
      <w:pPr>
        <w:rPr>
          <w:b/>
          <w:bCs/>
        </w:rPr>
      </w:pPr>
      <w:r w:rsidRPr="00BC112D">
        <w:rPr>
          <w:b/>
          <w:bCs/>
        </w:rPr>
        <w:t>Hur kontrollen utförs:</w:t>
      </w:r>
    </w:p>
    <w:p w14:paraId="41A89BE6" w14:textId="77777777" w:rsidR="00084B2C" w:rsidRDefault="005A6E4D">
      <w:r>
        <w:t>Om ventilation ingår: kontrollera tillufts- och frånluftsöppningar, luftvägar och funktion genom provning. Kontrollen ska dokumenteras genom mätning, visuell granskning, fotografier, intyg eller annan verifiering beroende på kontrollpunktens karaktär.</w:t>
      </w:r>
    </w:p>
    <w:p w14:paraId="043465AF" w14:textId="77777777" w:rsidR="00084B2C" w:rsidRDefault="005A6E4D">
      <w:r>
        <w:t>Dokumentation som bör sparas:</w:t>
      </w:r>
    </w:p>
    <w:p w14:paraId="4C8AECF0" w14:textId="77777777" w:rsidR="00084B2C" w:rsidRDefault="005A6E4D">
      <w:r>
        <w:t>• Fotografier</w:t>
      </w:r>
      <w:r>
        <w:br/>
        <w:t>• Ritningar</w:t>
      </w:r>
      <w:r>
        <w:br/>
        <w:t>• Intyg och kontrollrapporter</w:t>
      </w:r>
      <w:r>
        <w:br/>
        <w:t>• Leverantörsdokumentation</w:t>
      </w:r>
      <w:r>
        <w:br/>
        <w:t>• Anteckningar från kontrollen</w:t>
      </w:r>
    </w:p>
    <w:p w14:paraId="5F39E7CC" w14:textId="77777777" w:rsidR="00084B2C" w:rsidRDefault="005A6E4D">
      <w:r>
        <w:t>Datum: ____________________</w:t>
      </w:r>
    </w:p>
    <w:p w14:paraId="594EDF00" w14:textId="77777777" w:rsidR="00084B2C" w:rsidRDefault="005A6E4D">
      <w:r>
        <w:t>Signatur: __________________</w:t>
      </w:r>
    </w:p>
    <w:p w14:paraId="0E27B00A" w14:textId="77777777" w:rsidR="00084B2C" w:rsidRDefault="005A6E4D">
      <w:r>
        <w:br w:type="page"/>
      </w:r>
    </w:p>
    <w:p w14:paraId="179A6045" w14:textId="77777777" w:rsidR="00084B2C" w:rsidRDefault="005A6E4D">
      <w:pPr>
        <w:pStyle w:val="Rubrik1"/>
      </w:pPr>
      <w:r>
        <w:lastRenderedPageBreak/>
        <w:t>Kontrollpunkt 10: Elinstallation</w:t>
      </w:r>
    </w:p>
    <w:p w14:paraId="6763AB69" w14:textId="77777777" w:rsidR="00084B2C" w:rsidRPr="00855DD9" w:rsidRDefault="005A6E4D">
      <w:pPr>
        <w:rPr>
          <w:b/>
          <w:bCs/>
        </w:rPr>
      </w:pPr>
      <w:r w:rsidRPr="00855DD9">
        <w:rPr>
          <w:b/>
          <w:bCs/>
        </w:rPr>
        <w:t>Syfte:</w:t>
      </w:r>
    </w:p>
    <w:p w14:paraId="12252D7F" w14:textId="77777777" w:rsidR="00084B2C" w:rsidRDefault="005A6E4D">
      <w:r>
        <w:t>Om elinstallation ingår: kontrollera att registrerat elinstallationsföretag utfört arbetet och att intyg eller kontrollrapport finns.</w:t>
      </w:r>
    </w:p>
    <w:p w14:paraId="7E39F602" w14:textId="77777777" w:rsidR="00834F57" w:rsidRPr="00855DD9" w:rsidRDefault="00834F57">
      <w:pPr>
        <w:rPr>
          <w:b/>
          <w:bCs/>
        </w:rPr>
      </w:pPr>
      <w:r w:rsidRPr="00855DD9">
        <w:rPr>
          <w:b/>
          <w:bCs/>
        </w:rPr>
        <w:t>Kontroll mot:</w:t>
      </w:r>
    </w:p>
    <w:p w14:paraId="0DFEFE9B" w14:textId="109FA4CA" w:rsidR="00834F57" w:rsidRDefault="00834F57">
      <w:r w:rsidRPr="00834F57">
        <w:t>Elsäkerhetslagen (2016:732) och Elsäkerhetsförordningen (2017:218) </w:t>
      </w:r>
    </w:p>
    <w:p w14:paraId="5FAEB21E" w14:textId="77777777" w:rsidR="00084B2C" w:rsidRPr="00855DD9" w:rsidRDefault="005A6E4D">
      <w:pPr>
        <w:rPr>
          <w:b/>
          <w:bCs/>
        </w:rPr>
      </w:pPr>
      <w:r w:rsidRPr="00855DD9">
        <w:rPr>
          <w:b/>
          <w:bCs/>
        </w:rPr>
        <w:t>Hur kontrollen utförs:</w:t>
      </w:r>
    </w:p>
    <w:p w14:paraId="39892AE8" w14:textId="77777777" w:rsidR="00084B2C" w:rsidRDefault="005A6E4D">
      <w:r>
        <w:t>Om elinstallation ingår: kontrollera att registrerat elinstallationsföretag utfört arbetet och att intyg eller kontrollrapport finns. Kontrollen ska dokumenteras genom mätning, visuell granskning, fotografier, intyg eller annan verifiering beroende på kontrollpunktens karaktär.</w:t>
      </w:r>
    </w:p>
    <w:p w14:paraId="7156EA3F" w14:textId="77777777" w:rsidR="00084B2C" w:rsidRDefault="005A6E4D">
      <w:r>
        <w:t>Dokumentation som bör sparas:</w:t>
      </w:r>
    </w:p>
    <w:p w14:paraId="310534A7" w14:textId="77777777" w:rsidR="00084B2C" w:rsidRDefault="005A6E4D">
      <w:r>
        <w:t>• Fotografier</w:t>
      </w:r>
      <w:r>
        <w:br/>
        <w:t>• Ritningar</w:t>
      </w:r>
      <w:r>
        <w:br/>
        <w:t>• Intyg och kontrollrapporter</w:t>
      </w:r>
      <w:r>
        <w:br/>
        <w:t>• Leverantörsdokumentation</w:t>
      </w:r>
      <w:r>
        <w:br/>
        <w:t>• Anteckningar från kontrollen</w:t>
      </w:r>
    </w:p>
    <w:p w14:paraId="4E2B3E92" w14:textId="77777777" w:rsidR="00084B2C" w:rsidRDefault="005A6E4D">
      <w:r>
        <w:t>Datum: ____________________</w:t>
      </w:r>
    </w:p>
    <w:p w14:paraId="79C8F5A9" w14:textId="77777777" w:rsidR="00084B2C" w:rsidRDefault="005A6E4D">
      <w:r>
        <w:t>Signatur: __________________</w:t>
      </w:r>
    </w:p>
    <w:p w14:paraId="60061E4C" w14:textId="77777777" w:rsidR="00084B2C" w:rsidRDefault="005A6E4D">
      <w:r>
        <w:br w:type="page"/>
      </w:r>
    </w:p>
    <w:p w14:paraId="592EE471" w14:textId="77777777" w:rsidR="00084B2C" w:rsidRDefault="005A6E4D">
      <w:pPr>
        <w:pStyle w:val="Rubrik1"/>
      </w:pPr>
      <w:r>
        <w:lastRenderedPageBreak/>
        <w:t>Kontrollpunkt 11: Brandspridning mellan byggnader</w:t>
      </w:r>
    </w:p>
    <w:p w14:paraId="246D7DC6" w14:textId="77777777" w:rsidR="00084B2C" w:rsidRPr="00855DD9" w:rsidRDefault="005A6E4D">
      <w:pPr>
        <w:rPr>
          <w:b/>
          <w:bCs/>
        </w:rPr>
      </w:pPr>
      <w:r w:rsidRPr="00855DD9">
        <w:rPr>
          <w:b/>
          <w:bCs/>
        </w:rPr>
        <w:t>Syfte:</w:t>
      </w:r>
    </w:p>
    <w:p w14:paraId="46A3BEA1" w14:textId="77777777" w:rsidR="00084B2C" w:rsidRDefault="005A6E4D">
      <w:r>
        <w:t>Kontrollera avstånd till närliggande byggnader samt eventuella brandtekniska skyddsåtgärder.</w:t>
      </w:r>
    </w:p>
    <w:p w14:paraId="1BB890EE" w14:textId="77777777" w:rsidR="00834F57" w:rsidRPr="00855DD9" w:rsidRDefault="00834F57">
      <w:pPr>
        <w:rPr>
          <w:b/>
          <w:bCs/>
        </w:rPr>
      </w:pPr>
      <w:r w:rsidRPr="00855DD9">
        <w:rPr>
          <w:b/>
          <w:bCs/>
        </w:rPr>
        <w:t xml:space="preserve">Kontroll mot: </w:t>
      </w:r>
    </w:p>
    <w:p w14:paraId="1F6A6C94" w14:textId="0979AB98" w:rsidR="00834F57" w:rsidRDefault="00834F57">
      <w:r w:rsidRPr="00834F57">
        <w:t>BFS 2024:7 (Boverkets föreskrifter om säkerhet i händelse av brand i byggnader) </w:t>
      </w:r>
    </w:p>
    <w:p w14:paraId="4AF8209B" w14:textId="77777777" w:rsidR="00084B2C" w:rsidRPr="00855DD9" w:rsidRDefault="005A6E4D">
      <w:pPr>
        <w:rPr>
          <w:b/>
          <w:bCs/>
        </w:rPr>
      </w:pPr>
      <w:r w:rsidRPr="00855DD9">
        <w:rPr>
          <w:b/>
          <w:bCs/>
        </w:rPr>
        <w:t>Hur kontrollen utförs:</w:t>
      </w:r>
    </w:p>
    <w:p w14:paraId="252A1097" w14:textId="77777777" w:rsidR="00084B2C" w:rsidRDefault="005A6E4D">
      <w:r>
        <w:t>Kontrollera avstånd till närliggande byggnader samt eventuella brandtekniska skyddsåtgärder. Kontrollen ska dokumenteras genom mätning, visuell granskning, fotografier, intyg eller annan verifiering beroende på kontrollpunktens karaktär.</w:t>
      </w:r>
    </w:p>
    <w:p w14:paraId="23ACCB32" w14:textId="77777777" w:rsidR="00084B2C" w:rsidRDefault="005A6E4D">
      <w:r>
        <w:t>Dokumentation som bör sparas:</w:t>
      </w:r>
    </w:p>
    <w:p w14:paraId="280E7F2F" w14:textId="77777777" w:rsidR="00084B2C" w:rsidRDefault="005A6E4D">
      <w:r>
        <w:t>• Fotografier</w:t>
      </w:r>
      <w:r>
        <w:br/>
        <w:t>• Ritningar</w:t>
      </w:r>
      <w:r>
        <w:br/>
        <w:t>• Intyg och kontrollrapporter</w:t>
      </w:r>
      <w:r>
        <w:br/>
        <w:t>• Leverantörsdokumentation</w:t>
      </w:r>
      <w:r>
        <w:br/>
        <w:t>• Anteckningar från kontrollen</w:t>
      </w:r>
    </w:p>
    <w:p w14:paraId="204F355B" w14:textId="77777777" w:rsidR="00084B2C" w:rsidRDefault="005A6E4D">
      <w:r>
        <w:t>Datum: ____________________</w:t>
      </w:r>
    </w:p>
    <w:p w14:paraId="5CFD2C93" w14:textId="77777777" w:rsidR="00084B2C" w:rsidRDefault="005A6E4D">
      <w:r>
        <w:t>Signatur: __________________</w:t>
      </w:r>
    </w:p>
    <w:p w14:paraId="44EAFD9C" w14:textId="77777777" w:rsidR="00084B2C" w:rsidRDefault="005A6E4D">
      <w:r>
        <w:br w:type="page"/>
      </w:r>
    </w:p>
    <w:p w14:paraId="0F69ECD2" w14:textId="77777777" w:rsidR="00084B2C" w:rsidRDefault="005A6E4D">
      <w:pPr>
        <w:pStyle w:val="Rubrik1"/>
      </w:pPr>
      <w:r>
        <w:lastRenderedPageBreak/>
        <w:t>Kontrollpunkt 12: Utrymning</w:t>
      </w:r>
    </w:p>
    <w:p w14:paraId="283F8D30" w14:textId="77777777" w:rsidR="00084B2C" w:rsidRPr="00855DD9" w:rsidRDefault="005A6E4D">
      <w:pPr>
        <w:rPr>
          <w:b/>
          <w:bCs/>
        </w:rPr>
      </w:pPr>
      <w:r w:rsidRPr="00855DD9">
        <w:rPr>
          <w:b/>
          <w:bCs/>
        </w:rPr>
        <w:t>Syfte:</w:t>
      </w:r>
    </w:p>
    <w:p w14:paraId="731CE1DB" w14:textId="4F8B7BC9" w:rsidR="00084B2C" w:rsidRDefault="00855DD9">
      <w:r>
        <w:t>K</w:t>
      </w:r>
      <w:r w:rsidR="005A6E4D">
        <w:t>ontrollera att dörrar och fönster som utgör utrymningsväg kan användas på avsett sätt.</w:t>
      </w:r>
    </w:p>
    <w:p w14:paraId="5E460957" w14:textId="77777777" w:rsidR="00DA04CC" w:rsidRPr="00855DD9" w:rsidRDefault="00DA04CC">
      <w:pPr>
        <w:rPr>
          <w:b/>
          <w:bCs/>
        </w:rPr>
      </w:pPr>
      <w:r w:rsidRPr="00855DD9">
        <w:rPr>
          <w:b/>
          <w:bCs/>
        </w:rPr>
        <w:t xml:space="preserve">Kontroll mot: </w:t>
      </w:r>
    </w:p>
    <w:p w14:paraId="3018AFD8" w14:textId="09495B73" w:rsidR="00DA04CC" w:rsidRDefault="00DA04CC">
      <w:r w:rsidRPr="00DA04CC">
        <w:t>BFS 2024:7 (Boverkets föreskrifter om säkerhet i händelse av brand i byggnader) </w:t>
      </w:r>
    </w:p>
    <w:p w14:paraId="45CF207D" w14:textId="77777777" w:rsidR="00084B2C" w:rsidRPr="00855DD9" w:rsidRDefault="005A6E4D">
      <w:pPr>
        <w:rPr>
          <w:b/>
          <w:bCs/>
        </w:rPr>
      </w:pPr>
      <w:r w:rsidRPr="00855DD9">
        <w:rPr>
          <w:b/>
          <w:bCs/>
        </w:rPr>
        <w:t>Hur kontrollen utförs:</w:t>
      </w:r>
    </w:p>
    <w:p w14:paraId="3DD8C98A" w14:textId="3330D85A" w:rsidR="00084B2C" w:rsidRDefault="00855DD9">
      <w:r>
        <w:t>K</w:t>
      </w:r>
      <w:r w:rsidR="005A6E4D">
        <w:t>ontrollera att dörrar och fönster som utgör utrymningsväg kan användas på avsett sätt. Kontrollen ska dokumenteras genom mätning, visuell granskning, fotografier, intyg eller annan verifiering beroende på kontrollpunktens karaktär.</w:t>
      </w:r>
    </w:p>
    <w:p w14:paraId="0D111535" w14:textId="77777777" w:rsidR="00084B2C" w:rsidRPr="00EF35FB" w:rsidRDefault="005A6E4D">
      <w:pPr>
        <w:rPr>
          <w:b/>
          <w:bCs/>
        </w:rPr>
      </w:pPr>
      <w:r w:rsidRPr="00EF35FB">
        <w:rPr>
          <w:b/>
          <w:bCs/>
        </w:rPr>
        <w:t>Dokumentation som bör sparas:</w:t>
      </w:r>
    </w:p>
    <w:p w14:paraId="3A5004FF" w14:textId="77777777" w:rsidR="00084B2C" w:rsidRDefault="005A6E4D">
      <w:r>
        <w:t>• Fotografier</w:t>
      </w:r>
      <w:r>
        <w:br/>
        <w:t>• Ritningar</w:t>
      </w:r>
      <w:r>
        <w:br/>
        <w:t>• Intyg och kontrollrapporter</w:t>
      </w:r>
      <w:r>
        <w:br/>
        <w:t>• Leverantörsdokumentation</w:t>
      </w:r>
      <w:r>
        <w:br/>
        <w:t>• Anteckningar från kontrollen</w:t>
      </w:r>
    </w:p>
    <w:p w14:paraId="40D3C28A" w14:textId="77777777" w:rsidR="00084B2C" w:rsidRDefault="005A6E4D">
      <w:r>
        <w:t>Datum: ____________________</w:t>
      </w:r>
    </w:p>
    <w:p w14:paraId="55C270ED" w14:textId="77777777" w:rsidR="00084B2C" w:rsidRDefault="005A6E4D">
      <w:r>
        <w:t>Signatur: __________________</w:t>
      </w:r>
    </w:p>
    <w:p w14:paraId="4B94D5A5" w14:textId="77777777" w:rsidR="00084B2C" w:rsidRDefault="005A6E4D">
      <w:r>
        <w:br w:type="page"/>
      </w:r>
    </w:p>
    <w:p w14:paraId="0B02DD00" w14:textId="77777777" w:rsidR="00084B2C" w:rsidRDefault="005A6E4D">
      <w:pPr>
        <w:pStyle w:val="Rubrik1"/>
      </w:pPr>
      <w:r>
        <w:lastRenderedPageBreak/>
        <w:t>Kontrollpunkt 13: Dagvattenhantering</w:t>
      </w:r>
    </w:p>
    <w:p w14:paraId="13F0A866" w14:textId="77777777" w:rsidR="00084B2C" w:rsidRPr="00EF35FB" w:rsidRDefault="005A6E4D">
      <w:pPr>
        <w:rPr>
          <w:b/>
          <w:bCs/>
        </w:rPr>
      </w:pPr>
      <w:r w:rsidRPr="00EF35FB">
        <w:rPr>
          <w:b/>
          <w:bCs/>
        </w:rPr>
        <w:t>Syfte:</w:t>
      </w:r>
    </w:p>
    <w:p w14:paraId="73B1E333" w14:textId="77777777" w:rsidR="00084B2C" w:rsidRDefault="005A6E4D">
      <w:r>
        <w:t>Kontrollera marklutningar, avledning från tak och att olägenheter för grannar eller byggnad inte uppstår.</w:t>
      </w:r>
    </w:p>
    <w:p w14:paraId="330D7A81" w14:textId="77777777" w:rsidR="0084531D" w:rsidRPr="00EF35FB" w:rsidRDefault="0084531D">
      <w:pPr>
        <w:rPr>
          <w:b/>
          <w:bCs/>
        </w:rPr>
      </w:pPr>
      <w:r w:rsidRPr="00EF35FB">
        <w:rPr>
          <w:b/>
          <w:bCs/>
        </w:rPr>
        <w:t xml:space="preserve">Kontroll mot: </w:t>
      </w:r>
    </w:p>
    <w:p w14:paraId="1EA1F5A6" w14:textId="214A1B7E" w:rsidR="0084531D" w:rsidRDefault="0084531D">
      <w:r w:rsidRPr="0084531D">
        <w:t>BFS 2024:13 (Boverkets föreskrifter om krav på tomter m.m.) samt 8 kap. 9 § PBL </w:t>
      </w:r>
    </w:p>
    <w:p w14:paraId="6979038D" w14:textId="77777777" w:rsidR="00084B2C" w:rsidRPr="00EF35FB" w:rsidRDefault="005A6E4D">
      <w:pPr>
        <w:rPr>
          <w:b/>
          <w:bCs/>
        </w:rPr>
      </w:pPr>
      <w:r w:rsidRPr="00EF35FB">
        <w:rPr>
          <w:b/>
          <w:bCs/>
        </w:rPr>
        <w:t>Hur kontrollen utförs:</w:t>
      </w:r>
    </w:p>
    <w:p w14:paraId="6374B9C2" w14:textId="77777777" w:rsidR="00084B2C" w:rsidRDefault="005A6E4D">
      <w:r>
        <w:t>Kontrollera marklutningar, avledning från tak och att olägenheter för grannar eller byggnad inte uppstår. Kontrollen ska dokumenteras genom mätning, visuell granskning, fotografier, intyg eller annan verifiering beroende på kontrollpunktens karaktär.</w:t>
      </w:r>
    </w:p>
    <w:p w14:paraId="384575B5" w14:textId="77777777" w:rsidR="00084B2C" w:rsidRPr="00EF35FB" w:rsidRDefault="005A6E4D">
      <w:pPr>
        <w:rPr>
          <w:b/>
          <w:bCs/>
        </w:rPr>
      </w:pPr>
      <w:r w:rsidRPr="00EF35FB">
        <w:rPr>
          <w:b/>
          <w:bCs/>
        </w:rPr>
        <w:t>Dokumentation som bör sparas:</w:t>
      </w:r>
    </w:p>
    <w:p w14:paraId="79323BFF" w14:textId="77777777" w:rsidR="00084B2C" w:rsidRDefault="005A6E4D">
      <w:r>
        <w:t>• Fotografier</w:t>
      </w:r>
      <w:r>
        <w:br/>
        <w:t>• Ritningar</w:t>
      </w:r>
      <w:r>
        <w:br/>
        <w:t>• Intyg och kontrollrapporter</w:t>
      </w:r>
      <w:r>
        <w:br/>
        <w:t>• Leverantörsdokumentation</w:t>
      </w:r>
      <w:r>
        <w:br/>
        <w:t>• Anteckningar från kontrollen</w:t>
      </w:r>
    </w:p>
    <w:p w14:paraId="3097FFCF" w14:textId="77777777" w:rsidR="00084B2C" w:rsidRDefault="005A6E4D">
      <w:r>
        <w:t>Datum: ____________________</w:t>
      </w:r>
    </w:p>
    <w:p w14:paraId="12567252" w14:textId="77777777" w:rsidR="00084B2C" w:rsidRDefault="005A6E4D">
      <w:r>
        <w:t>Signatur: __________________</w:t>
      </w:r>
    </w:p>
    <w:p w14:paraId="3DEEC669" w14:textId="77777777" w:rsidR="00084B2C" w:rsidRDefault="005A6E4D">
      <w:r>
        <w:br w:type="page"/>
      </w:r>
    </w:p>
    <w:p w14:paraId="64EACC88" w14:textId="77777777" w:rsidR="00084B2C" w:rsidRDefault="005A6E4D">
      <w:pPr>
        <w:pStyle w:val="Rubrik1"/>
      </w:pPr>
      <w:r>
        <w:lastRenderedPageBreak/>
        <w:t>Kontrollpunkt 14: Slutlig egenkontroll</w:t>
      </w:r>
    </w:p>
    <w:p w14:paraId="52ADEE63" w14:textId="77777777" w:rsidR="00084B2C" w:rsidRPr="00EF35FB" w:rsidRDefault="005A6E4D">
      <w:pPr>
        <w:rPr>
          <w:b/>
          <w:bCs/>
        </w:rPr>
      </w:pPr>
      <w:r w:rsidRPr="00EF35FB">
        <w:rPr>
          <w:b/>
          <w:bCs/>
        </w:rPr>
        <w:t>Syfte:</w:t>
      </w:r>
    </w:p>
    <w:p w14:paraId="2789F950" w14:textId="77777777" w:rsidR="00084B2C" w:rsidRDefault="005A6E4D">
      <w:r>
        <w:t>Gå igenom samtliga kontrollpunkter, intyg och fotografier inför begäran om slutbesked.</w:t>
      </w:r>
    </w:p>
    <w:p w14:paraId="2ADC401E" w14:textId="77777777" w:rsidR="0084531D" w:rsidRPr="00361D9C" w:rsidRDefault="0084531D">
      <w:pPr>
        <w:rPr>
          <w:b/>
          <w:bCs/>
        </w:rPr>
      </w:pPr>
      <w:r w:rsidRPr="00361D9C">
        <w:rPr>
          <w:b/>
          <w:bCs/>
        </w:rPr>
        <w:t xml:space="preserve">Kontroll mot: </w:t>
      </w:r>
    </w:p>
    <w:p w14:paraId="49CC5CA7" w14:textId="36BF5AAC" w:rsidR="0084531D" w:rsidRDefault="00EF35FB">
      <w:r>
        <w:t>Bygglov, startbesked</w:t>
      </w:r>
      <w:r w:rsidR="00361D9C">
        <w:t>, ritningar, bygghandlingar</w:t>
      </w:r>
      <w:r>
        <w:t xml:space="preserve"> och kontrollplan</w:t>
      </w:r>
      <w:r w:rsidR="00361D9C">
        <w:t>.</w:t>
      </w:r>
    </w:p>
    <w:p w14:paraId="449CFE1D" w14:textId="77777777" w:rsidR="00084B2C" w:rsidRPr="00361D9C" w:rsidRDefault="005A6E4D">
      <w:pPr>
        <w:rPr>
          <w:b/>
          <w:bCs/>
        </w:rPr>
      </w:pPr>
      <w:r w:rsidRPr="00361D9C">
        <w:rPr>
          <w:b/>
          <w:bCs/>
        </w:rPr>
        <w:t>Hur kontrollen utförs:</w:t>
      </w:r>
    </w:p>
    <w:p w14:paraId="69821985" w14:textId="77777777" w:rsidR="00084B2C" w:rsidRDefault="005A6E4D">
      <w:r>
        <w:t>Gå igenom samtliga kontrollpunkter, intyg och fotografier inför begäran om slutbesked. Kontrollen ska dokumenteras genom mätning, visuell granskning, fotografier, intyg eller annan verifiering beroende på kontrollpunktens karaktär.</w:t>
      </w:r>
    </w:p>
    <w:p w14:paraId="1711D3B8" w14:textId="77777777" w:rsidR="00084B2C" w:rsidRPr="00361D9C" w:rsidRDefault="005A6E4D">
      <w:pPr>
        <w:rPr>
          <w:b/>
          <w:bCs/>
        </w:rPr>
      </w:pPr>
      <w:r w:rsidRPr="00361D9C">
        <w:rPr>
          <w:b/>
          <w:bCs/>
        </w:rPr>
        <w:t>Dokumentation som bör sparas:</w:t>
      </w:r>
    </w:p>
    <w:p w14:paraId="5282718B" w14:textId="77777777" w:rsidR="00084B2C" w:rsidRDefault="005A6E4D">
      <w:r>
        <w:t>• Fotografier</w:t>
      </w:r>
      <w:r>
        <w:br/>
        <w:t>• Ritningar</w:t>
      </w:r>
      <w:r>
        <w:br/>
        <w:t>• Intyg och kontrollrapporter</w:t>
      </w:r>
      <w:r>
        <w:br/>
        <w:t>• Leverantörsdokumentation</w:t>
      </w:r>
      <w:r>
        <w:br/>
        <w:t>• Anteckningar från kontrollen</w:t>
      </w:r>
    </w:p>
    <w:p w14:paraId="04E4DD7A" w14:textId="77777777" w:rsidR="00084B2C" w:rsidRDefault="005A6E4D">
      <w:r>
        <w:t>Datum: ____________________</w:t>
      </w:r>
    </w:p>
    <w:p w14:paraId="045278BF" w14:textId="77777777" w:rsidR="00084B2C" w:rsidRDefault="005A6E4D">
      <w:r>
        <w:t>Signatur: __________________</w:t>
      </w:r>
    </w:p>
    <w:sectPr w:rsidR="00084B2C" w:rsidSect="00034616">
      <w:headerReference w:type="default" r:id="rId8"/>
      <w:pgSz w:w="12240" w:h="15840"/>
      <w:pgMar w:top="1440" w:right="1800" w:bottom="1440" w:left="180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208F8C7" w14:textId="77777777" w:rsidR="00FB3257" w:rsidRDefault="00FB3257" w:rsidP="00D16648">
      <w:pPr>
        <w:spacing w:after="0" w:line="240" w:lineRule="auto"/>
      </w:pPr>
      <w:r>
        <w:separator/>
      </w:r>
    </w:p>
  </w:endnote>
  <w:endnote w:type="continuationSeparator" w:id="0">
    <w:p w14:paraId="3F8ABA88" w14:textId="77777777" w:rsidR="00FB3257" w:rsidRDefault="00FB3257" w:rsidP="00D1664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E2FFFAC" w14:textId="77777777" w:rsidR="00FB3257" w:rsidRDefault="00FB3257" w:rsidP="00D16648">
      <w:pPr>
        <w:spacing w:after="0" w:line="240" w:lineRule="auto"/>
      </w:pPr>
      <w:r>
        <w:separator/>
      </w:r>
    </w:p>
  </w:footnote>
  <w:footnote w:type="continuationSeparator" w:id="0">
    <w:p w14:paraId="7F28A45F" w14:textId="77777777" w:rsidR="00FB3257" w:rsidRDefault="00FB3257" w:rsidP="00D1664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73924340"/>
      <w:docPartObj>
        <w:docPartGallery w:val="Page Numbers (Top of Page)"/>
        <w:docPartUnique/>
      </w:docPartObj>
    </w:sdtPr>
    <w:sdtEndPr/>
    <w:sdtContent>
      <w:p w14:paraId="41F09D8B" w14:textId="77777777" w:rsidR="00D16648" w:rsidRDefault="00D16648">
        <w:pPr>
          <w:pStyle w:val="Sidhuvud"/>
          <w:jc w:val="center"/>
        </w:pPr>
        <w:r>
          <w:rPr>
            <w:lang w:val="sv-SE"/>
          </w:rPr>
          <w:t xml:space="preserve">Sida </w:t>
        </w:r>
        <w:r>
          <w:rPr>
            <w:b/>
            <w:bCs/>
            <w:sz w:val="24"/>
            <w:szCs w:val="24"/>
          </w:rPr>
          <w:fldChar w:fldCharType="begin"/>
        </w:r>
        <w:r>
          <w:rPr>
            <w:b/>
            <w:bCs/>
          </w:rPr>
          <w:instrText>PAGE</w:instrText>
        </w:r>
        <w:r>
          <w:rPr>
            <w:b/>
            <w:bCs/>
            <w:sz w:val="24"/>
            <w:szCs w:val="24"/>
          </w:rPr>
          <w:fldChar w:fldCharType="separate"/>
        </w:r>
        <w:r>
          <w:rPr>
            <w:b/>
            <w:bCs/>
            <w:lang w:val="sv-SE"/>
          </w:rPr>
          <w:t>2</w:t>
        </w:r>
        <w:r>
          <w:rPr>
            <w:b/>
            <w:bCs/>
            <w:sz w:val="24"/>
            <w:szCs w:val="24"/>
          </w:rPr>
          <w:fldChar w:fldCharType="end"/>
        </w:r>
        <w:r>
          <w:rPr>
            <w:lang w:val="sv-SE"/>
          </w:rPr>
          <w:t xml:space="preserve"> av </w:t>
        </w:r>
        <w:r>
          <w:rPr>
            <w:b/>
            <w:bCs/>
            <w:sz w:val="24"/>
            <w:szCs w:val="24"/>
          </w:rPr>
          <w:fldChar w:fldCharType="begin"/>
        </w:r>
        <w:r>
          <w:rPr>
            <w:b/>
            <w:bCs/>
          </w:rPr>
          <w:instrText>NUMPAGES</w:instrText>
        </w:r>
        <w:r>
          <w:rPr>
            <w:b/>
            <w:bCs/>
            <w:sz w:val="24"/>
            <w:szCs w:val="24"/>
          </w:rPr>
          <w:fldChar w:fldCharType="separate"/>
        </w:r>
        <w:r>
          <w:rPr>
            <w:b/>
            <w:bCs/>
            <w:lang w:val="sv-SE"/>
          </w:rPr>
          <w:t>2</w:t>
        </w:r>
        <w:r>
          <w:rPr>
            <w:b/>
            <w:bCs/>
            <w:sz w:val="24"/>
            <w:szCs w:val="24"/>
          </w:rPr>
          <w:fldChar w:fldCharType="end"/>
        </w:r>
      </w:p>
    </w:sdtContent>
  </w:sdt>
  <w:p w14:paraId="6DEADB46" w14:textId="77777777" w:rsidR="00D16648" w:rsidRDefault="00D16648">
    <w:pPr>
      <w:pStyle w:val="Sidhuvud"/>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Numreradlista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Numreradlista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Punktlista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Punktlista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Numreradlista"/>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Punktlista"/>
      <w:lvlText w:val=""/>
      <w:lvlJc w:val="left"/>
      <w:pPr>
        <w:tabs>
          <w:tab w:val="num" w:pos="360"/>
        </w:tabs>
        <w:ind w:left="360" w:hanging="360"/>
      </w:pPr>
      <w:rPr>
        <w:rFonts w:ascii="Symbol" w:hAnsi="Symbol" w:hint="default"/>
      </w:rPr>
    </w:lvl>
  </w:abstractNum>
  <w:num w:numId="1" w16cid:durableId="618341258">
    <w:abstractNumId w:val="8"/>
  </w:num>
  <w:num w:numId="2" w16cid:durableId="1751464696">
    <w:abstractNumId w:val="6"/>
  </w:num>
  <w:num w:numId="3" w16cid:durableId="1266158735">
    <w:abstractNumId w:val="5"/>
  </w:num>
  <w:num w:numId="4" w16cid:durableId="219177871">
    <w:abstractNumId w:val="4"/>
  </w:num>
  <w:num w:numId="5" w16cid:durableId="895311209">
    <w:abstractNumId w:val="7"/>
  </w:num>
  <w:num w:numId="6" w16cid:durableId="1208031450">
    <w:abstractNumId w:val="3"/>
  </w:num>
  <w:num w:numId="7" w16cid:durableId="639069774">
    <w:abstractNumId w:val="2"/>
  </w:num>
  <w:num w:numId="8" w16cid:durableId="63915087">
    <w:abstractNumId w:val="1"/>
  </w:num>
  <w:num w:numId="9" w16cid:durableId="204637061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grammar="clean"/>
  <w:defaultTabStop w:val="720"/>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084B2C"/>
    <w:rsid w:val="000F3351"/>
    <w:rsid w:val="001269C8"/>
    <w:rsid w:val="0015074B"/>
    <w:rsid w:val="0029639D"/>
    <w:rsid w:val="00326F90"/>
    <w:rsid w:val="00346764"/>
    <w:rsid w:val="00361D9C"/>
    <w:rsid w:val="00467334"/>
    <w:rsid w:val="00492AE1"/>
    <w:rsid w:val="004D5BA1"/>
    <w:rsid w:val="005A4217"/>
    <w:rsid w:val="005A6E4D"/>
    <w:rsid w:val="00650B3F"/>
    <w:rsid w:val="00834F57"/>
    <w:rsid w:val="0084531D"/>
    <w:rsid w:val="00855DD9"/>
    <w:rsid w:val="008F13F0"/>
    <w:rsid w:val="00AA1D8D"/>
    <w:rsid w:val="00B47730"/>
    <w:rsid w:val="00BC112D"/>
    <w:rsid w:val="00BD1ED6"/>
    <w:rsid w:val="00C00CFE"/>
    <w:rsid w:val="00C713D0"/>
    <w:rsid w:val="00CB0664"/>
    <w:rsid w:val="00D16648"/>
    <w:rsid w:val="00DA04CC"/>
    <w:rsid w:val="00DA707C"/>
    <w:rsid w:val="00EF35FB"/>
    <w:rsid w:val="00FB3257"/>
    <w:rsid w:val="00FC693F"/>
    <w:rsid w:val="7761DA82"/>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4062061"/>
  <w14:defaultImageDpi w14:val="300"/>
  <w15:docId w15:val="{530D6008-2DD2-4F79-8979-9C602D1EC8F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style>
  <w:style w:type="paragraph" w:styleId="Rubrik1">
    <w:name w:val="heading 1"/>
    <w:basedOn w:val="Normal"/>
    <w:next w:val="Normal"/>
    <w:link w:val="Rubrik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Rubrik2">
    <w:name w:val="heading 2"/>
    <w:basedOn w:val="Normal"/>
    <w:next w:val="Normal"/>
    <w:link w:val="Rubrik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Rubrik3">
    <w:name w:val="heading 3"/>
    <w:basedOn w:val="Normal"/>
    <w:next w:val="Normal"/>
    <w:link w:val="Rubrik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Rubrik4">
    <w:name w:val="heading 4"/>
    <w:basedOn w:val="Normal"/>
    <w:next w:val="Normal"/>
    <w:link w:val="Rubrik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Rubrik5">
    <w:name w:val="heading 5"/>
    <w:basedOn w:val="Normal"/>
    <w:next w:val="Normal"/>
    <w:link w:val="Rubrik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Rubrik6">
    <w:name w:val="heading 6"/>
    <w:basedOn w:val="Normal"/>
    <w:next w:val="Normal"/>
    <w:link w:val="Rubrik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Rubrik7">
    <w:name w:val="heading 7"/>
    <w:basedOn w:val="Normal"/>
    <w:next w:val="Normal"/>
    <w:link w:val="Rubrik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Rubrik8">
    <w:name w:val="heading 8"/>
    <w:basedOn w:val="Normal"/>
    <w:next w:val="Normal"/>
    <w:link w:val="Rubrik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Rubrik9">
    <w:name w:val="heading 9"/>
    <w:basedOn w:val="Normal"/>
    <w:next w:val="Normal"/>
    <w:link w:val="Rubrik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Standardstycketeckensnitt">
    <w:name w:val="Default Paragraph Font"/>
    <w:uiPriority w:val="1"/>
    <w:semiHidden/>
    <w:unhideWhenUsed/>
  </w:style>
  <w:style w:type="table" w:default="1" w:styleId="Normaltabell">
    <w:name w:val="Normal Table"/>
    <w:uiPriority w:val="99"/>
    <w:semiHidden/>
    <w:unhideWhenUsed/>
    <w:tblPr>
      <w:tblInd w:w="0" w:type="dxa"/>
      <w:tblCellMar>
        <w:top w:w="0" w:type="dxa"/>
        <w:left w:w="108" w:type="dxa"/>
        <w:bottom w:w="0" w:type="dxa"/>
        <w:right w:w="108" w:type="dxa"/>
      </w:tblCellMar>
    </w:tblPr>
  </w:style>
  <w:style w:type="numbering" w:default="1" w:styleId="Ingenlista">
    <w:name w:val="No List"/>
    <w:uiPriority w:val="99"/>
    <w:semiHidden/>
    <w:unhideWhenUsed/>
  </w:style>
  <w:style w:type="paragraph" w:styleId="Sidhuvud">
    <w:name w:val="header"/>
    <w:basedOn w:val="Normal"/>
    <w:link w:val="SidhuvudChar"/>
    <w:uiPriority w:val="99"/>
    <w:unhideWhenUsed/>
    <w:rsid w:val="00E618BF"/>
    <w:pPr>
      <w:tabs>
        <w:tab w:val="center" w:pos="4680"/>
        <w:tab w:val="right" w:pos="9360"/>
      </w:tabs>
      <w:spacing w:after="0" w:line="240" w:lineRule="auto"/>
    </w:pPr>
  </w:style>
  <w:style w:type="character" w:customStyle="1" w:styleId="SidhuvudChar">
    <w:name w:val="Sidhuvud Char"/>
    <w:basedOn w:val="Standardstycketeckensnitt"/>
    <w:link w:val="Sidhuvud"/>
    <w:uiPriority w:val="99"/>
    <w:rsid w:val="00E618BF"/>
  </w:style>
  <w:style w:type="paragraph" w:styleId="Sidfot">
    <w:name w:val="footer"/>
    <w:basedOn w:val="Normal"/>
    <w:link w:val="SidfotChar"/>
    <w:uiPriority w:val="99"/>
    <w:unhideWhenUsed/>
    <w:rsid w:val="00E618BF"/>
    <w:pPr>
      <w:tabs>
        <w:tab w:val="center" w:pos="4680"/>
        <w:tab w:val="right" w:pos="9360"/>
      </w:tabs>
      <w:spacing w:after="0" w:line="240" w:lineRule="auto"/>
    </w:pPr>
  </w:style>
  <w:style w:type="character" w:customStyle="1" w:styleId="SidfotChar">
    <w:name w:val="Sidfot Char"/>
    <w:basedOn w:val="Standardstycketeckensnitt"/>
    <w:link w:val="Sidfot"/>
    <w:uiPriority w:val="99"/>
    <w:rsid w:val="00E618BF"/>
  </w:style>
  <w:style w:type="paragraph" w:styleId="Ingetavstnd">
    <w:name w:val="No Spacing"/>
    <w:uiPriority w:val="1"/>
    <w:qFormat/>
    <w:rsid w:val="00FC693F"/>
    <w:pPr>
      <w:spacing w:after="0" w:line="240" w:lineRule="auto"/>
    </w:pPr>
  </w:style>
  <w:style w:type="character" w:customStyle="1" w:styleId="Rubrik1Char">
    <w:name w:val="Rubrik 1 Char"/>
    <w:basedOn w:val="Standardstycketeckensnitt"/>
    <w:link w:val="Rubrik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Rubrik2Char">
    <w:name w:val="Rubrik 2 Char"/>
    <w:basedOn w:val="Standardstycketeckensnitt"/>
    <w:link w:val="Rubrik2"/>
    <w:uiPriority w:val="9"/>
    <w:rsid w:val="00FC693F"/>
    <w:rPr>
      <w:rFonts w:asciiTheme="majorHAnsi" w:eastAsiaTheme="majorEastAsia" w:hAnsiTheme="majorHAnsi" w:cstheme="majorBidi"/>
      <w:b/>
      <w:bCs/>
      <w:color w:val="4F81BD" w:themeColor="accent1"/>
      <w:sz w:val="26"/>
      <w:szCs w:val="26"/>
    </w:rPr>
  </w:style>
  <w:style w:type="character" w:customStyle="1" w:styleId="Rubrik3Char">
    <w:name w:val="Rubrik 3 Char"/>
    <w:basedOn w:val="Standardstycketeckensnitt"/>
    <w:link w:val="Rubrik3"/>
    <w:uiPriority w:val="9"/>
    <w:rsid w:val="00FC693F"/>
    <w:rPr>
      <w:rFonts w:asciiTheme="majorHAnsi" w:eastAsiaTheme="majorEastAsia" w:hAnsiTheme="majorHAnsi" w:cstheme="majorBidi"/>
      <w:b/>
      <w:bCs/>
      <w:color w:val="4F81BD" w:themeColor="accent1"/>
    </w:rPr>
  </w:style>
  <w:style w:type="paragraph" w:styleId="Rubrik">
    <w:name w:val="Title"/>
    <w:basedOn w:val="Normal"/>
    <w:next w:val="Normal"/>
    <w:link w:val="Rubrik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RubrikChar">
    <w:name w:val="Rubrik Char"/>
    <w:basedOn w:val="Standardstycketeckensnitt"/>
    <w:link w:val="Rubrik"/>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Underrubrik">
    <w:name w:val="Subtitle"/>
    <w:basedOn w:val="Normal"/>
    <w:next w:val="Normal"/>
    <w:link w:val="Underrubrik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UnderrubrikChar">
    <w:name w:val="Underrubrik Char"/>
    <w:basedOn w:val="Standardstycketeckensnitt"/>
    <w:link w:val="Underrubrik"/>
    <w:uiPriority w:val="11"/>
    <w:rsid w:val="00FC693F"/>
    <w:rPr>
      <w:rFonts w:asciiTheme="majorHAnsi" w:eastAsiaTheme="majorEastAsia" w:hAnsiTheme="majorHAnsi" w:cstheme="majorBidi"/>
      <w:i/>
      <w:iCs/>
      <w:color w:val="4F81BD" w:themeColor="accent1"/>
      <w:spacing w:val="15"/>
      <w:sz w:val="24"/>
      <w:szCs w:val="24"/>
    </w:rPr>
  </w:style>
  <w:style w:type="paragraph" w:styleId="Liststycke">
    <w:name w:val="List Paragraph"/>
    <w:basedOn w:val="Normal"/>
    <w:uiPriority w:val="34"/>
    <w:qFormat/>
    <w:rsid w:val="00FC693F"/>
    <w:pPr>
      <w:ind w:left="720"/>
      <w:contextualSpacing/>
    </w:pPr>
  </w:style>
  <w:style w:type="paragraph" w:styleId="Brdtext">
    <w:name w:val="Body Text"/>
    <w:basedOn w:val="Normal"/>
    <w:link w:val="BrdtextChar"/>
    <w:uiPriority w:val="99"/>
    <w:unhideWhenUsed/>
    <w:rsid w:val="00AA1D8D"/>
    <w:pPr>
      <w:spacing w:after="120"/>
    </w:pPr>
  </w:style>
  <w:style w:type="character" w:customStyle="1" w:styleId="BrdtextChar">
    <w:name w:val="Brödtext Char"/>
    <w:basedOn w:val="Standardstycketeckensnitt"/>
    <w:link w:val="Brdtext"/>
    <w:uiPriority w:val="99"/>
    <w:rsid w:val="00AA1D8D"/>
  </w:style>
  <w:style w:type="paragraph" w:styleId="Brdtext2">
    <w:name w:val="Body Text 2"/>
    <w:basedOn w:val="Normal"/>
    <w:link w:val="Brdtext2Char"/>
    <w:uiPriority w:val="99"/>
    <w:unhideWhenUsed/>
    <w:rsid w:val="00AA1D8D"/>
    <w:pPr>
      <w:spacing w:after="120" w:line="480" w:lineRule="auto"/>
    </w:pPr>
  </w:style>
  <w:style w:type="character" w:customStyle="1" w:styleId="Brdtext2Char">
    <w:name w:val="Brödtext 2 Char"/>
    <w:basedOn w:val="Standardstycketeckensnitt"/>
    <w:link w:val="Brdtext2"/>
    <w:uiPriority w:val="99"/>
    <w:rsid w:val="00AA1D8D"/>
  </w:style>
  <w:style w:type="paragraph" w:styleId="Brdtext3">
    <w:name w:val="Body Text 3"/>
    <w:basedOn w:val="Normal"/>
    <w:link w:val="Brdtext3Char"/>
    <w:uiPriority w:val="99"/>
    <w:unhideWhenUsed/>
    <w:rsid w:val="00AA1D8D"/>
    <w:pPr>
      <w:spacing w:after="120"/>
    </w:pPr>
    <w:rPr>
      <w:sz w:val="16"/>
      <w:szCs w:val="16"/>
    </w:rPr>
  </w:style>
  <w:style w:type="character" w:customStyle="1" w:styleId="Brdtext3Char">
    <w:name w:val="Brödtext 3 Char"/>
    <w:basedOn w:val="Standardstycketeckensnitt"/>
    <w:link w:val="Brdtext3"/>
    <w:uiPriority w:val="99"/>
    <w:rsid w:val="00AA1D8D"/>
    <w:rPr>
      <w:sz w:val="16"/>
      <w:szCs w:val="16"/>
    </w:rPr>
  </w:style>
  <w:style w:type="paragraph" w:styleId="Lista">
    <w:name w:val="List"/>
    <w:basedOn w:val="Normal"/>
    <w:uiPriority w:val="99"/>
    <w:unhideWhenUsed/>
    <w:rsid w:val="00AA1D8D"/>
    <w:pPr>
      <w:ind w:left="360" w:hanging="360"/>
      <w:contextualSpacing/>
    </w:pPr>
  </w:style>
  <w:style w:type="paragraph" w:styleId="Lista2">
    <w:name w:val="List 2"/>
    <w:basedOn w:val="Normal"/>
    <w:uiPriority w:val="99"/>
    <w:unhideWhenUsed/>
    <w:rsid w:val="00326F90"/>
    <w:pPr>
      <w:ind w:left="720" w:hanging="360"/>
      <w:contextualSpacing/>
    </w:pPr>
  </w:style>
  <w:style w:type="paragraph" w:styleId="Lista3">
    <w:name w:val="List 3"/>
    <w:basedOn w:val="Normal"/>
    <w:uiPriority w:val="99"/>
    <w:unhideWhenUsed/>
    <w:rsid w:val="00326F90"/>
    <w:pPr>
      <w:ind w:left="1080" w:hanging="360"/>
      <w:contextualSpacing/>
    </w:pPr>
  </w:style>
  <w:style w:type="paragraph" w:styleId="Punktlista">
    <w:name w:val="List Bullet"/>
    <w:basedOn w:val="Normal"/>
    <w:uiPriority w:val="99"/>
    <w:unhideWhenUsed/>
    <w:rsid w:val="00326F90"/>
    <w:pPr>
      <w:numPr>
        <w:numId w:val="1"/>
      </w:numPr>
      <w:contextualSpacing/>
    </w:pPr>
  </w:style>
  <w:style w:type="paragraph" w:styleId="Punktlista2">
    <w:name w:val="List Bullet 2"/>
    <w:basedOn w:val="Normal"/>
    <w:uiPriority w:val="99"/>
    <w:unhideWhenUsed/>
    <w:rsid w:val="00326F90"/>
    <w:pPr>
      <w:numPr>
        <w:numId w:val="2"/>
      </w:numPr>
      <w:contextualSpacing/>
    </w:pPr>
  </w:style>
  <w:style w:type="paragraph" w:styleId="Punktlista3">
    <w:name w:val="List Bullet 3"/>
    <w:basedOn w:val="Normal"/>
    <w:uiPriority w:val="99"/>
    <w:unhideWhenUsed/>
    <w:rsid w:val="00326F90"/>
    <w:pPr>
      <w:numPr>
        <w:numId w:val="3"/>
      </w:numPr>
      <w:contextualSpacing/>
    </w:pPr>
  </w:style>
  <w:style w:type="paragraph" w:styleId="Numreradlista">
    <w:name w:val="List Number"/>
    <w:basedOn w:val="Normal"/>
    <w:uiPriority w:val="99"/>
    <w:unhideWhenUsed/>
    <w:rsid w:val="00326F90"/>
    <w:pPr>
      <w:numPr>
        <w:numId w:val="5"/>
      </w:numPr>
      <w:contextualSpacing/>
    </w:pPr>
  </w:style>
  <w:style w:type="paragraph" w:styleId="Numreradlista2">
    <w:name w:val="List Number 2"/>
    <w:basedOn w:val="Normal"/>
    <w:uiPriority w:val="99"/>
    <w:unhideWhenUsed/>
    <w:rsid w:val="0029639D"/>
    <w:pPr>
      <w:numPr>
        <w:numId w:val="6"/>
      </w:numPr>
      <w:contextualSpacing/>
    </w:pPr>
  </w:style>
  <w:style w:type="paragraph" w:styleId="Numreradlista3">
    <w:name w:val="List Number 3"/>
    <w:basedOn w:val="Normal"/>
    <w:uiPriority w:val="99"/>
    <w:unhideWhenUsed/>
    <w:rsid w:val="0029639D"/>
    <w:pPr>
      <w:numPr>
        <w:numId w:val="7"/>
      </w:numPr>
      <w:contextualSpacing/>
    </w:pPr>
  </w:style>
  <w:style w:type="paragraph" w:styleId="Listafortstt">
    <w:name w:val="List Continue"/>
    <w:basedOn w:val="Normal"/>
    <w:uiPriority w:val="99"/>
    <w:unhideWhenUsed/>
    <w:rsid w:val="0029639D"/>
    <w:pPr>
      <w:spacing w:after="120"/>
      <w:ind w:left="360"/>
      <w:contextualSpacing/>
    </w:pPr>
  </w:style>
  <w:style w:type="paragraph" w:styleId="Listafortstt2">
    <w:name w:val="List Continue 2"/>
    <w:basedOn w:val="Normal"/>
    <w:uiPriority w:val="99"/>
    <w:unhideWhenUsed/>
    <w:rsid w:val="0029639D"/>
    <w:pPr>
      <w:spacing w:after="120"/>
      <w:ind w:left="720"/>
      <w:contextualSpacing/>
    </w:pPr>
  </w:style>
  <w:style w:type="paragraph" w:styleId="Listafortstt3">
    <w:name w:val="List Continue 3"/>
    <w:basedOn w:val="Normal"/>
    <w:uiPriority w:val="99"/>
    <w:unhideWhenUsed/>
    <w:rsid w:val="0029639D"/>
    <w:pPr>
      <w:spacing w:after="120"/>
      <w:ind w:left="1080"/>
      <w:contextualSpacing/>
    </w:pPr>
  </w:style>
  <w:style w:type="paragraph" w:styleId="Makrotext">
    <w:name w:val="macro"/>
    <w:link w:val="Mak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krotextChar">
    <w:name w:val="Makrotext Char"/>
    <w:basedOn w:val="Standardstycketeckensnitt"/>
    <w:link w:val="Makrotext"/>
    <w:uiPriority w:val="99"/>
    <w:rsid w:val="0029639D"/>
    <w:rPr>
      <w:rFonts w:ascii="Courier" w:hAnsi="Courier"/>
      <w:sz w:val="20"/>
      <w:szCs w:val="20"/>
    </w:rPr>
  </w:style>
  <w:style w:type="paragraph" w:styleId="Citat">
    <w:name w:val="Quote"/>
    <w:basedOn w:val="Normal"/>
    <w:next w:val="Normal"/>
    <w:link w:val="CitatChar"/>
    <w:uiPriority w:val="29"/>
    <w:qFormat/>
    <w:rsid w:val="00FC693F"/>
    <w:rPr>
      <w:i/>
      <w:iCs/>
      <w:color w:val="000000" w:themeColor="text1"/>
    </w:rPr>
  </w:style>
  <w:style w:type="character" w:customStyle="1" w:styleId="CitatChar">
    <w:name w:val="Citat Char"/>
    <w:basedOn w:val="Standardstycketeckensnitt"/>
    <w:link w:val="Citat"/>
    <w:uiPriority w:val="29"/>
    <w:rsid w:val="00FC693F"/>
    <w:rPr>
      <w:i/>
      <w:iCs/>
      <w:color w:val="000000" w:themeColor="text1"/>
    </w:rPr>
  </w:style>
  <w:style w:type="character" w:customStyle="1" w:styleId="Rubrik4Char">
    <w:name w:val="Rubrik 4 Char"/>
    <w:basedOn w:val="Standardstycketeckensnitt"/>
    <w:link w:val="Rubrik4"/>
    <w:uiPriority w:val="9"/>
    <w:semiHidden/>
    <w:rsid w:val="00FC693F"/>
    <w:rPr>
      <w:rFonts w:asciiTheme="majorHAnsi" w:eastAsiaTheme="majorEastAsia" w:hAnsiTheme="majorHAnsi" w:cstheme="majorBidi"/>
      <w:b/>
      <w:bCs/>
      <w:i/>
      <w:iCs/>
      <w:color w:val="4F81BD" w:themeColor="accent1"/>
    </w:rPr>
  </w:style>
  <w:style w:type="character" w:customStyle="1" w:styleId="Rubrik5Char">
    <w:name w:val="Rubrik 5 Char"/>
    <w:basedOn w:val="Standardstycketeckensnitt"/>
    <w:link w:val="Rubrik5"/>
    <w:uiPriority w:val="9"/>
    <w:semiHidden/>
    <w:rsid w:val="00FC693F"/>
    <w:rPr>
      <w:rFonts w:asciiTheme="majorHAnsi" w:eastAsiaTheme="majorEastAsia" w:hAnsiTheme="majorHAnsi" w:cstheme="majorBidi"/>
      <w:color w:val="243F60" w:themeColor="accent1" w:themeShade="7F"/>
    </w:rPr>
  </w:style>
  <w:style w:type="character" w:customStyle="1" w:styleId="Rubrik6Char">
    <w:name w:val="Rubrik 6 Char"/>
    <w:basedOn w:val="Standardstycketeckensnitt"/>
    <w:link w:val="Rubrik6"/>
    <w:uiPriority w:val="9"/>
    <w:semiHidden/>
    <w:rsid w:val="00FC693F"/>
    <w:rPr>
      <w:rFonts w:asciiTheme="majorHAnsi" w:eastAsiaTheme="majorEastAsia" w:hAnsiTheme="majorHAnsi" w:cstheme="majorBidi"/>
      <w:i/>
      <w:iCs/>
      <w:color w:val="243F60" w:themeColor="accent1" w:themeShade="7F"/>
    </w:rPr>
  </w:style>
  <w:style w:type="character" w:customStyle="1" w:styleId="Rubrik7Char">
    <w:name w:val="Rubrik 7 Char"/>
    <w:basedOn w:val="Standardstycketeckensnitt"/>
    <w:link w:val="Rubrik7"/>
    <w:uiPriority w:val="9"/>
    <w:semiHidden/>
    <w:rsid w:val="00FC693F"/>
    <w:rPr>
      <w:rFonts w:asciiTheme="majorHAnsi" w:eastAsiaTheme="majorEastAsia" w:hAnsiTheme="majorHAnsi" w:cstheme="majorBidi"/>
      <w:i/>
      <w:iCs/>
      <w:color w:val="404040" w:themeColor="text1" w:themeTint="BF"/>
    </w:rPr>
  </w:style>
  <w:style w:type="character" w:customStyle="1" w:styleId="Rubrik8Char">
    <w:name w:val="Rubrik 8 Char"/>
    <w:basedOn w:val="Standardstycketeckensnitt"/>
    <w:link w:val="Rubrik8"/>
    <w:uiPriority w:val="9"/>
    <w:semiHidden/>
    <w:rsid w:val="00FC693F"/>
    <w:rPr>
      <w:rFonts w:asciiTheme="majorHAnsi" w:eastAsiaTheme="majorEastAsia" w:hAnsiTheme="majorHAnsi" w:cstheme="majorBidi"/>
      <w:color w:val="4F81BD" w:themeColor="accent1"/>
      <w:sz w:val="20"/>
      <w:szCs w:val="20"/>
    </w:rPr>
  </w:style>
  <w:style w:type="character" w:customStyle="1" w:styleId="Rubrik9Char">
    <w:name w:val="Rubrik 9 Char"/>
    <w:basedOn w:val="Standardstycketeckensnitt"/>
    <w:link w:val="Rubrik9"/>
    <w:uiPriority w:val="9"/>
    <w:semiHidden/>
    <w:rsid w:val="00FC693F"/>
    <w:rPr>
      <w:rFonts w:asciiTheme="majorHAnsi" w:eastAsiaTheme="majorEastAsia" w:hAnsiTheme="majorHAnsi" w:cstheme="majorBidi"/>
      <w:i/>
      <w:iCs/>
      <w:color w:val="404040" w:themeColor="text1" w:themeTint="BF"/>
      <w:sz w:val="20"/>
      <w:szCs w:val="20"/>
    </w:rPr>
  </w:style>
  <w:style w:type="paragraph" w:styleId="Beskrivning">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ark">
    <w:name w:val="Strong"/>
    <w:basedOn w:val="Standardstycketeckensnitt"/>
    <w:uiPriority w:val="22"/>
    <w:qFormat/>
    <w:rsid w:val="00FC693F"/>
    <w:rPr>
      <w:b/>
      <w:bCs/>
    </w:rPr>
  </w:style>
  <w:style w:type="character" w:styleId="Betoning">
    <w:name w:val="Emphasis"/>
    <w:basedOn w:val="Standardstycketeckensnitt"/>
    <w:uiPriority w:val="20"/>
    <w:qFormat/>
    <w:rsid w:val="00FC693F"/>
    <w:rPr>
      <w:i/>
      <w:iCs/>
    </w:rPr>
  </w:style>
  <w:style w:type="paragraph" w:styleId="Starktcitat">
    <w:name w:val="Intense Quote"/>
    <w:basedOn w:val="Normal"/>
    <w:next w:val="Normal"/>
    <w:link w:val="Starktcitat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StarktcitatChar">
    <w:name w:val="Starkt citat Char"/>
    <w:basedOn w:val="Standardstycketeckensnitt"/>
    <w:link w:val="Starktcitat"/>
    <w:uiPriority w:val="30"/>
    <w:rsid w:val="00FC693F"/>
    <w:rPr>
      <w:b/>
      <w:bCs/>
      <w:i/>
      <w:iCs/>
      <w:color w:val="4F81BD" w:themeColor="accent1"/>
    </w:rPr>
  </w:style>
  <w:style w:type="character" w:styleId="Diskretbetoning">
    <w:name w:val="Subtle Emphasis"/>
    <w:basedOn w:val="Standardstycketeckensnitt"/>
    <w:uiPriority w:val="19"/>
    <w:qFormat/>
    <w:rsid w:val="00FC693F"/>
    <w:rPr>
      <w:i/>
      <w:iCs/>
      <w:color w:val="808080" w:themeColor="text1" w:themeTint="7F"/>
    </w:rPr>
  </w:style>
  <w:style w:type="character" w:styleId="Starkbetoning">
    <w:name w:val="Intense Emphasis"/>
    <w:basedOn w:val="Standardstycketeckensnitt"/>
    <w:uiPriority w:val="21"/>
    <w:qFormat/>
    <w:rsid w:val="00FC693F"/>
    <w:rPr>
      <w:b/>
      <w:bCs/>
      <w:i/>
      <w:iCs/>
      <w:color w:val="4F81BD" w:themeColor="accent1"/>
    </w:rPr>
  </w:style>
  <w:style w:type="character" w:styleId="Diskretreferens">
    <w:name w:val="Subtle Reference"/>
    <w:basedOn w:val="Standardstycketeckensnitt"/>
    <w:uiPriority w:val="31"/>
    <w:qFormat/>
    <w:rsid w:val="00FC693F"/>
    <w:rPr>
      <w:smallCaps/>
      <w:color w:val="C0504D" w:themeColor="accent2"/>
      <w:u w:val="single"/>
    </w:rPr>
  </w:style>
  <w:style w:type="character" w:styleId="Starkreferens">
    <w:name w:val="Intense Reference"/>
    <w:basedOn w:val="Standardstycketeckensnitt"/>
    <w:uiPriority w:val="32"/>
    <w:qFormat/>
    <w:rsid w:val="00FC693F"/>
    <w:rPr>
      <w:b/>
      <w:bCs/>
      <w:smallCaps/>
      <w:color w:val="C0504D" w:themeColor="accent2"/>
      <w:spacing w:val="5"/>
      <w:u w:val="single"/>
    </w:rPr>
  </w:style>
  <w:style w:type="character" w:styleId="Bokenstitel">
    <w:name w:val="Book Title"/>
    <w:basedOn w:val="Standardstycketeckensnitt"/>
    <w:uiPriority w:val="33"/>
    <w:qFormat/>
    <w:rsid w:val="00FC693F"/>
    <w:rPr>
      <w:b/>
      <w:bCs/>
      <w:smallCaps/>
      <w:spacing w:val="5"/>
    </w:rPr>
  </w:style>
  <w:style w:type="paragraph" w:styleId="Innehllsfrteckningsrubrik">
    <w:name w:val="TOC Heading"/>
    <w:basedOn w:val="Rubrik1"/>
    <w:next w:val="Normal"/>
    <w:uiPriority w:val="39"/>
    <w:semiHidden/>
    <w:unhideWhenUsed/>
    <w:qFormat/>
    <w:rsid w:val="00FC693F"/>
    <w:pPr>
      <w:outlineLvl w:val="9"/>
    </w:pPr>
  </w:style>
  <w:style w:type="table" w:styleId="Tabellrutnt">
    <w:name w:val="Table Grid"/>
    <w:basedOn w:val="Normaltabel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jusskuggning">
    <w:name w:val="Light Shading"/>
    <w:basedOn w:val="Normaltabel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jusskuggning-dekorfrg1">
    <w:name w:val="Light Shading Accent 1"/>
    <w:basedOn w:val="Normaltabel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jusskuggning-dekorfrg2">
    <w:name w:val="Light Shading Accent 2"/>
    <w:basedOn w:val="Normaltabel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jusskuggning-dekorfrg3">
    <w:name w:val="Light Shading Accent 3"/>
    <w:basedOn w:val="Normaltabel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jusskuggning-dekorfrg4">
    <w:name w:val="Light Shading Accent 4"/>
    <w:basedOn w:val="Normaltabel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jusskuggning-dekorfrg5">
    <w:name w:val="Light Shading Accent 5"/>
    <w:basedOn w:val="Normaltabel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jusskuggning-dekorfrg6">
    <w:name w:val="Light Shading Accent 6"/>
    <w:basedOn w:val="Normaltabel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juslista">
    <w:name w:val="Light List"/>
    <w:basedOn w:val="Normaltabel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juslista-dekorfrg1">
    <w:name w:val="Light List Accent 1"/>
    <w:basedOn w:val="Normaltabel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juslista-dekorfrg2">
    <w:name w:val="Light List Accent 2"/>
    <w:basedOn w:val="Normaltabel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juslista-dekorfrg3">
    <w:name w:val="Light List Accent 3"/>
    <w:basedOn w:val="Normaltabel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juslista-dekorfrg4">
    <w:name w:val="Light List Accent 4"/>
    <w:basedOn w:val="Normaltabel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juslista-dekorfrg5">
    <w:name w:val="Light List Accent 5"/>
    <w:basedOn w:val="Normaltabel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juslista-dekorfrg6">
    <w:name w:val="Light List Accent 6"/>
    <w:basedOn w:val="Normaltabel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justrutnt">
    <w:name w:val="Light Grid"/>
    <w:basedOn w:val="Normaltabel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justrutnt-dekorfrg1">
    <w:name w:val="Light Grid Accent 1"/>
    <w:basedOn w:val="Normaltabel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justrutnt-dekorfrg2">
    <w:name w:val="Light Grid Accent 2"/>
    <w:basedOn w:val="Normaltabel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justrutnt-dekorfrg3">
    <w:name w:val="Light Grid Accent 3"/>
    <w:basedOn w:val="Normaltabel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justrutnt-dekorfrg4">
    <w:name w:val="Light Grid Accent 4"/>
    <w:basedOn w:val="Normaltabel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justrutnt-dekorfrg5">
    <w:name w:val="Light Grid Accent 5"/>
    <w:basedOn w:val="Normaltabel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justrutnt-dekorfrg6">
    <w:name w:val="Light Grid Accent 6"/>
    <w:basedOn w:val="Normaltabel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llanmrkskuggning1">
    <w:name w:val="Medium Shading 1"/>
    <w:basedOn w:val="Normaltabel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llanmrkskuggning1-dekorfrg1">
    <w:name w:val="Medium Shading 1 Accent 1"/>
    <w:basedOn w:val="Normaltabel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llanmrkskuggning1-dekorfrg2">
    <w:name w:val="Medium Shading 1 Accent 2"/>
    <w:basedOn w:val="Normaltabel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llanmrkskuggning1-dekorfrg3">
    <w:name w:val="Medium Shading 1 Accent 3"/>
    <w:basedOn w:val="Normaltabel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llanmrkskuggning1-dekorfrg4">
    <w:name w:val="Medium Shading 1 Accent 4"/>
    <w:basedOn w:val="Normaltabel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llanmrkskuggning1-dekorfrg5">
    <w:name w:val="Medium Shading 1 Accent 5"/>
    <w:basedOn w:val="Normaltabel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llanmrkskuggning1-dekorfrg6">
    <w:name w:val="Medium Shading 1 Accent 6"/>
    <w:basedOn w:val="Normaltabel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llanmrkskuggning2">
    <w:name w:val="Medium Shading 2"/>
    <w:basedOn w:val="Normaltabel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llanmrkskuggning2-dekorfrg1">
    <w:name w:val="Medium Shading 2 Accent 1"/>
    <w:basedOn w:val="Normaltabel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llanmrkskuggning2-dekorfrg2">
    <w:name w:val="Medium Shading 2 Accent 2"/>
    <w:basedOn w:val="Normaltabel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llanmrkskuggning2-dekorfrg3">
    <w:name w:val="Medium Shading 2 Accent 3"/>
    <w:basedOn w:val="Normaltabel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llanmrkskuggning2-dekorfrg4">
    <w:name w:val="Medium Shading 2 Accent 4"/>
    <w:basedOn w:val="Normaltabel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llanmrkskuggning2-dekorfrg5">
    <w:name w:val="Medium Shading 2 Accent 5"/>
    <w:basedOn w:val="Normaltabel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llanmrkskuggning2-dekorfrg6">
    <w:name w:val="Medium Shading 2 Accent 6"/>
    <w:basedOn w:val="Normaltabel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llanmrklista1">
    <w:name w:val="Medium List 1"/>
    <w:basedOn w:val="Normaltabel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llanmrklista1-dekorfrg1">
    <w:name w:val="Medium List 1 Accent 1"/>
    <w:basedOn w:val="Normaltabel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llanmrklista1-dekorfrg2">
    <w:name w:val="Medium List 1 Accent 2"/>
    <w:basedOn w:val="Normaltabel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llanmrklista1-dekorfrg3">
    <w:name w:val="Medium List 1 Accent 3"/>
    <w:basedOn w:val="Normaltabel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llanmrklista1-dekorfrg4">
    <w:name w:val="Medium List 1 Accent 4"/>
    <w:basedOn w:val="Normaltabel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llanmrklista1-dekorfrg5">
    <w:name w:val="Medium List 1 Accent 5"/>
    <w:basedOn w:val="Normaltabel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llanmrklista1-dekorfrg6">
    <w:name w:val="Medium List 1 Accent 6"/>
    <w:basedOn w:val="Normaltabel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llanmrklista2">
    <w:name w:val="Medium List 2"/>
    <w:basedOn w:val="Normaltabel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llanmrklista2-dekorfrg1">
    <w:name w:val="Medium List 2 Accent 1"/>
    <w:basedOn w:val="Normaltabel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llanmrklista2-dekorfrg2">
    <w:name w:val="Medium List 2 Accent 2"/>
    <w:basedOn w:val="Normaltabel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llanmrklista2-dekorfrg3">
    <w:name w:val="Medium List 2 Accent 3"/>
    <w:basedOn w:val="Normaltabel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llanmrklista2-dekorfrg4">
    <w:name w:val="Medium List 2 Accent 4"/>
    <w:basedOn w:val="Normaltabel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llanmrklista2-dekorfrg5">
    <w:name w:val="Medium List 2 Accent 5"/>
    <w:basedOn w:val="Normaltabel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llanmrklista2-dekorfrg6">
    <w:name w:val="Medium List 2 Accent 6"/>
    <w:basedOn w:val="Normaltabel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llanmrktrutnt1">
    <w:name w:val="Medium Grid 1"/>
    <w:basedOn w:val="Normaltabel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llanmrktrutnt1-dekorfrg1">
    <w:name w:val="Medium Grid 1 Accent 1"/>
    <w:basedOn w:val="Normaltabel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llanmrktrutnt1-dekorfrg2">
    <w:name w:val="Medium Grid 1 Accent 2"/>
    <w:basedOn w:val="Normaltabel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llanmrktrutnt1-dekorfrg3">
    <w:name w:val="Medium Grid 1 Accent 3"/>
    <w:basedOn w:val="Normaltabel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llanmrktrutnt1-dekorfrg4">
    <w:name w:val="Medium Grid 1 Accent 4"/>
    <w:basedOn w:val="Normaltabel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llanmrktrutnt1-dekorfrg5">
    <w:name w:val="Medium Grid 1 Accent 5"/>
    <w:basedOn w:val="Normaltabel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llanmrktrutnt1-dekorfrg6">
    <w:name w:val="Medium Grid 1 Accent 6"/>
    <w:basedOn w:val="Normaltabel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llanmrktrutnt2">
    <w:name w:val="Medium Grid 2"/>
    <w:basedOn w:val="Normaltabel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llanmrktrutnt2-dekorfrg1">
    <w:name w:val="Medium Grid 2 Accent 1"/>
    <w:basedOn w:val="Normaltabel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llanmrktrutnt2-dekorfrg2">
    <w:name w:val="Medium Grid 2 Accent 2"/>
    <w:basedOn w:val="Normaltabel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llanmrktrutnt2-dekorfrg3">
    <w:name w:val="Medium Grid 2 Accent 3"/>
    <w:basedOn w:val="Normaltabel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llanmrktrutnt2-dekorfrg4">
    <w:name w:val="Medium Grid 2 Accent 4"/>
    <w:basedOn w:val="Normaltabel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llanmrktrutnt2-dekorfrg5">
    <w:name w:val="Medium Grid 2 Accent 5"/>
    <w:basedOn w:val="Normaltabel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llanmrktrutnt2-dekorfrg6">
    <w:name w:val="Medium Grid 2 Accent 6"/>
    <w:basedOn w:val="Normaltabel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llanmrktrutnt3">
    <w:name w:val="Medium Grid 3"/>
    <w:basedOn w:val="Normaltabel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llanmrktrutnt3-dekorfrg1">
    <w:name w:val="Medium Grid 3 Accent 1"/>
    <w:basedOn w:val="Normaltabel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llanmrktrutnt3-dekorfrg2">
    <w:name w:val="Medium Grid 3 Accent 2"/>
    <w:basedOn w:val="Normaltabel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llanmrktrutnt3-dekorfrg3">
    <w:name w:val="Medium Grid 3 Accent 3"/>
    <w:basedOn w:val="Normaltabel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llanmrktrutnt3-dekorfrg4">
    <w:name w:val="Medium Grid 3 Accent 4"/>
    <w:basedOn w:val="Normaltabel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llanmrktrutnt3-dekorfrg5">
    <w:name w:val="Medium Grid 3 Accent 5"/>
    <w:basedOn w:val="Normaltabel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llanmrktrutnt3-dekorfrg6">
    <w:name w:val="Medium Grid 3 Accent 6"/>
    <w:basedOn w:val="Normaltabel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Mrklista">
    <w:name w:val="Dark List"/>
    <w:basedOn w:val="Normaltabel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Mrklista-dekorfrg1">
    <w:name w:val="Dark List Accent 1"/>
    <w:basedOn w:val="Normaltabel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Mrklista-dekorfrg2">
    <w:name w:val="Dark List Accent 2"/>
    <w:basedOn w:val="Normaltabel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Mrklista-dekorfrg3">
    <w:name w:val="Dark List Accent 3"/>
    <w:basedOn w:val="Normaltabel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Mrklista-dekorfrg4">
    <w:name w:val="Dark List Accent 4"/>
    <w:basedOn w:val="Normaltabel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Mrklista-dekorfrg5">
    <w:name w:val="Dark List Accent 5"/>
    <w:basedOn w:val="Normaltabel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Mrklista-dekorfrg6">
    <w:name w:val="Dark List Accent 6"/>
    <w:basedOn w:val="Normaltabel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Frgadskuggning">
    <w:name w:val="Colorful Shading"/>
    <w:basedOn w:val="Normaltabel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Frgadskuggning-dekorfrg1">
    <w:name w:val="Colorful Shading Accent 1"/>
    <w:basedOn w:val="Normaltabel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Frgadskuggning-dekorfrg2">
    <w:name w:val="Colorful Shading Accent 2"/>
    <w:basedOn w:val="Normaltabel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Frgadskuggning-dekorfrg3">
    <w:name w:val="Colorful Shading Accent 3"/>
    <w:basedOn w:val="Normaltabel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Frgadskuggning-dekorfrg4">
    <w:name w:val="Colorful Shading Accent 4"/>
    <w:basedOn w:val="Normaltabel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Frgadskuggning-dekorfrg5">
    <w:name w:val="Colorful Shading Accent 5"/>
    <w:basedOn w:val="Normaltabel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Frgadskuggning-dekorfrg6">
    <w:name w:val="Colorful Shading Accent 6"/>
    <w:basedOn w:val="Normaltabel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Frgadlista">
    <w:name w:val="Colorful List"/>
    <w:basedOn w:val="Normaltabel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Frgadlista-dekorfrg1">
    <w:name w:val="Colorful List Accent 1"/>
    <w:basedOn w:val="Normaltabel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Frgadlista-dekorfrg2">
    <w:name w:val="Colorful List Accent 2"/>
    <w:basedOn w:val="Normaltabel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Frgadlista-dekorfrg3">
    <w:name w:val="Colorful List Accent 3"/>
    <w:basedOn w:val="Normaltabel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Frgadlista-dekorfrg4">
    <w:name w:val="Colorful List Accent 4"/>
    <w:basedOn w:val="Normaltabel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Frgadlista-dekorfrg5">
    <w:name w:val="Colorful List Accent 5"/>
    <w:basedOn w:val="Normaltabel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Frgadlista-dekorfrg6">
    <w:name w:val="Colorful List Accent 6"/>
    <w:basedOn w:val="Normaltabel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Frgatrutnt">
    <w:name w:val="Colorful Grid"/>
    <w:basedOn w:val="Normaltabel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Frgatrutnt-dekorfrg1">
    <w:name w:val="Colorful Grid Accent 1"/>
    <w:basedOn w:val="Normaltabel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Frgatrutnt-dekorfrg2">
    <w:name w:val="Colorful Grid Accent 2"/>
    <w:basedOn w:val="Normaltabel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Frgatrutnt-dekorfrg3">
    <w:name w:val="Colorful Grid Accent 3"/>
    <w:basedOn w:val="Normaltabel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Frgatrutnt-dekorfrg4">
    <w:name w:val="Colorful Grid Accent 4"/>
    <w:basedOn w:val="Normaltabel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Frgatrutnt-dekorfrg5">
    <w:name w:val="Colorful Grid Accent 5"/>
    <w:basedOn w:val="Normaltabel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Frgatrutnt-dekorfrg6">
    <w:name w:val="Colorful Grid Accent 6"/>
    <w:basedOn w:val="Normaltabel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71504882">
      <w:bodyDiv w:val="1"/>
      <w:marLeft w:val="0"/>
      <w:marRight w:val="0"/>
      <w:marTop w:val="0"/>
      <w:marBottom w:val="0"/>
      <w:divBdr>
        <w:top w:val="none" w:sz="0" w:space="0" w:color="auto"/>
        <w:left w:val="none" w:sz="0" w:space="0" w:color="auto"/>
        <w:bottom w:val="none" w:sz="0" w:space="0" w:color="auto"/>
        <w:right w:val="none" w:sz="0" w:space="0" w:color="auto"/>
      </w:divBdr>
      <w:divsChild>
        <w:div w:id="1146705904">
          <w:marLeft w:val="0"/>
          <w:marRight w:val="0"/>
          <w:marTop w:val="0"/>
          <w:marBottom w:val="0"/>
          <w:divBdr>
            <w:top w:val="none" w:sz="0" w:space="0" w:color="auto"/>
            <w:left w:val="none" w:sz="0" w:space="0" w:color="auto"/>
            <w:bottom w:val="none" w:sz="0" w:space="0" w:color="auto"/>
            <w:right w:val="none" w:sz="0" w:space="0" w:color="auto"/>
          </w:divBdr>
        </w:div>
      </w:divsChild>
    </w:div>
    <w:div w:id="761489271">
      <w:bodyDiv w:val="1"/>
      <w:marLeft w:val="0"/>
      <w:marRight w:val="0"/>
      <w:marTop w:val="0"/>
      <w:marBottom w:val="0"/>
      <w:divBdr>
        <w:top w:val="none" w:sz="0" w:space="0" w:color="auto"/>
        <w:left w:val="none" w:sz="0" w:space="0" w:color="auto"/>
        <w:bottom w:val="none" w:sz="0" w:space="0" w:color="auto"/>
        <w:right w:val="none" w:sz="0" w:space="0" w:color="auto"/>
      </w:divBdr>
      <w:divsChild>
        <w:div w:id="302079277">
          <w:marLeft w:val="0"/>
          <w:marRight w:val="0"/>
          <w:marTop w:val="0"/>
          <w:marBottom w:val="0"/>
          <w:divBdr>
            <w:top w:val="none" w:sz="0" w:space="0" w:color="auto"/>
            <w:left w:val="none" w:sz="0" w:space="0" w:color="auto"/>
            <w:bottom w:val="none" w:sz="0" w:space="0" w:color="auto"/>
            <w:right w:val="none" w:sz="0" w:space="0" w:color="auto"/>
          </w:divBdr>
        </w:div>
      </w:divsChild>
    </w:div>
  </w:divs>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14</Pages>
  <Words>1620</Words>
  <Characters>8592</Characters>
  <Application>Microsoft Office Word</Application>
  <DocSecurity>4</DocSecurity>
  <Lines>71</Lines>
  <Paragraphs>20</Paragraphs>
  <ScaleCrop>false</ScaleCrop>
  <Manager/>
  <Company/>
  <LinksUpToDate>false</LinksUpToDate>
  <CharactersWithSpaces>10192</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Andreas Ytterberg</dc:creator>
  <cp:keywords/>
  <dc:description>generated by python-docx</dc:description>
  <cp:lastModifiedBy>Jan Malm</cp:lastModifiedBy>
  <cp:revision>2</cp:revision>
  <dcterms:created xsi:type="dcterms:W3CDTF">2026-08-06T09:05:00Z</dcterms:created>
  <dcterms:modified xsi:type="dcterms:W3CDTF">2026-08-06T09:05:00Z</dcterms:modified>
  <cp:category/>
</cp:coreProperties>
</file>